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450"/>
        <w:gridCol w:w="7874"/>
      </w:tblGrid>
      <w:tr w:rsidR="00145FAA" w14:paraId="1F1C5743" w14:textId="77777777">
        <w:trPr>
          <w:cantSplit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50" w:type="dxa"/>
            </w:tcMar>
            <w:vAlign w:val="center"/>
          </w:tcPr>
          <w:p w14:paraId="7B13781D" w14:textId="77777777" w:rsidR="00145FAA" w:rsidRDefault="00145FAA">
            <w:pPr>
              <w:jc w:val="center"/>
            </w:pPr>
            <w:r>
              <w:rPr>
                <w:rFonts w:eastAsia="Arial" w:cs="Arial Narrow"/>
                <w:noProof/>
                <w:lang w:val="en-AU"/>
              </w:rPr>
              <w:drawing>
                <wp:inline distT="0" distB="0" distL="0" distR="0" wp14:anchorId="1EB12544" wp14:editId="6CF364B8">
                  <wp:extent cx="1181100" cy="438150"/>
                  <wp:effectExtent l="0" t="0" r="0" b="0"/>
                  <wp:docPr id="1935142499" name="Picture 1" descr="Australian National University logo" title="Australian National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142499" name="Picture 1" descr="Australian National University logo" title="Australian National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80" w:type="dxa"/>
              <w:bottom w:w="30" w:type="dxa"/>
              <w:right w:w="20" w:type="dxa"/>
            </w:tcMar>
            <w:vAlign w:val="center"/>
          </w:tcPr>
          <w:p w14:paraId="34F3E7BF" w14:textId="77777777" w:rsidR="00145FAA" w:rsidRPr="000355AD" w:rsidRDefault="00145FAA" w:rsidP="000355AD">
            <w:pPr>
              <w:pStyle w:val="Heading1"/>
              <w:spacing w:before="0"/>
              <w:rPr>
                <w:rFonts w:ascii="Arial" w:hAnsi="Arial" w:cs="Arial"/>
                <w:color w:val="000000"/>
                <w:sz w:val="36"/>
              </w:rPr>
            </w:pPr>
            <w:r w:rsidRPr="000355AD">
              <w:rPr>
                <w:rFonts w:ascii="Arial" w:hAnsi="Arial" w:cs="Arial"/>
                <w:color w:val="000000"/>
                <w:sz w:val="36"/>
              </w:rPr>
              <w:t>Request for Access to Student Systems</w:t>
            </w:r>
          </w:p>
          <w:p w14:paraId="0C0E63EE" w14:textId="77777777" w:rsidR="00145FAA" w:rsidRDefault="00145FAA">
            <w:r>
              <w:rPr>
                <w:rFonts w:eastAsia="Arial" w:cs="Arial"/>
                <w:color w:val="404040"/>
                <w:sz w:val="17"/>
              </w:rPr>
              <w:t xml:space="preserve">Please complete the form and email it to Student Business Systems: </w:t>
            </w:r>
            <w:hyperlink r:id="rId9">
              <w:r>
                <w:rPr>
                  <w:color w:val="0563C1"/>
                  <w:sz w:val="17"/>
                  <w:szCs w:val="17"/>
                  <w:u w:val="single"/>
                </w:rPr>
                <w:t>sbs.help@anu.edu.au</w:t>
              </w:r>
            </w:hyperlink>
          </w:p>
        </w:tc>
      </w:tr>
    </w:tbl>
    <w:p w14:paraId="1D4C68DA" w14:textId="77777777" w:rsidR="00145FAA" w:rsidRDefault="00145FAA">
      <w:pPr>
        <w:rPr>
          <w:rFonts w:eastAsia="SimSun" w:cs="Arial"/>
          <w:b/>
          <w:color w:val="000000"/>
          <w:sz w:val="17"/>
          <w:lang w:eastAsia="zh-CN"/>
        </w:rPr>
      </w:pPr>
    </w:p>
    <w:p w14:paraId="175F3FED" w14:textId="7142BB9A" w:rsidR="00145FAA" w:rsidRDefault="00145FAA">
      <w:pPr>
        <w:rPr>
          <w:rFonts w:eastAsia="SimSun" w:cs="Arial"/>
          <w:b/>
          <w:color w:val="000000"/>
          <w:sz w:val="17"/>
          <w:lang w:eastAsia="zh-CN"/>
        </w:rPr>
      </w:pPr>
      <w:r>
        <w:rPr>
          <w:rFonts w:eastAsia="Arial" w:cs="Arial"/>
          <w:b/>
          <w:color w:val="000000"/>
          <w:sz w:val="17"/>
        </w:rPr>
        <w:t xml:space="preserve">This form is used to request new or modified access to the Student Administration System (SAS), </w:t>
      </w:r>
      <w:proofErr w:type="spellStart"/>
      <w:r>
        <w:rPr>
          <w:rFonts w:eastAsia="Arial" w:cs="Arial"/>
          <w:b/>
          <w:color w:val="000000"/>
          <w:sz w:val="17"/>
        </w:rPr>
        <w:t>MyTimetable</w:t>
      </w:r>
      <w:proofErr w:type="spellEnd"/>
      <w:r>
        <w:rPr>
          <w:rFonts w:eastAsia="Arial" w:cs="Arial"/>
          <w:b/>
          <w:color w:val="000000"/>
          <w:sz w:val="17"/>
        </w:rPr>
        <w:t xml:space="preserve">, Syllabus Plus, Curriculum Management System (CMS), </w:t>
      </w:r>
      <w:proofErr w:type="spellStart"/>
      <w:r>
        <w:rPr>
          <w:rFonts w:eastAsia="Arial" w:cs="Arial"/>
          <w:b/>
          <w:color w:val="000000"/>
          <w:sz w:val="17"/>
        </w:rPr>
        <w:t>Stellic</w:t>
      </w:r>
      <w:proofErr w:type="spellEnd"/>
      <w:r>
        <w:rPr>
          <w:rFonts w:eastAsia="Arial" w:cs="Arial"/>
          <w:b/>
          <w:color w:val="000000"/>
          <w:sz w:val="17"/>
        </w:rPr>
        <w:t xml:space="preserve"> Track My Program, Programs and Courses (P&amp;C), My</w:t>
      </w:r>
      <w:r w:rsidR="00B375FE">
        <w:rPr>
          <w:rFonts w:eastAsia="Arial" w:cs="Arial"/>
          <w:b/>
          <w:color w:val="000000"/>
          <w:sz w:val="17"/>
        </w:rPr>
        <w:t xml:space="preserve"> </w:t>
      </w:r>
      <w:proofErr w:type="spellStart"/>
      <w:r>
        <w:rPr>
          <w:rFonts w:eastAsia="Arial" w:cs="Arial"/>
          <w:b/>
          <w:color w:val="000000"/>
          <w:sz w:val="17"/>
        </w:rPr>
        <w:t>eQuals</w:t>
      </w:r>
      <w:proofErr w:type="spellEnd"/>
      <w:r>
        <w:rPr>
          <w:rFonts w:eastAsia="Arial" w:cs="Arial"/>
          <w:b/>
          <w:color w:val="000000"/>
          <w:sz w:val="17"/>
        </w:rPr>
        <w:t xml:space="preserve"> and </w:t>
      </w:r>
      <w:proofErr w:type="spellStart"/>
      <w:r>
        <w:rPr>
          <w:rFonts w:eastAsia="Arial" w:cs="Arial"/>
          <w:b/>
          <w:color w:val="000000"/>
          <w:sz w:val="17"/>
        </w:rPr>
        <w:t>DataBee</w:t>
      </w:r>
      <w:proofErr w:type="spellEnd"/>
      <w:r>
        <w:rPr>
          <w:rFonts w:eastAsia="Arial" w:cs="Arial"/>
          <w:b/>
          <w:color w:val="000000"/>
          <w:sz w:val="17"/>
        </w:rPr>
        <w:t xml:space="preserve">. Complete only the relevant sections, then sign the form and obtain your manager’s </w:t>
      </w:r>
      <w:proofErr w:type="spellStart"/>
      <w:r>
        <w:rPr>
          <w:rFonts w:eastAsia="Arial" w:cs="Arial"/>
          <w:b/>
          <w:color w:val="000000"/>
          <w:sz w:val="17"/>
        </w:rPr>
        <w:t>authorisation</w:t>
      </w:r>
      <w:proofErr w:type="spellEnd"/>
      <w:r>
        <w:rPr>
          <w:rFonts w:eastAsia="Arial" w:cs="Arial"/>
          <w:b/>
          <w:color w:val="000000"/>
          <w:sz w:val="17"/>
        </w:rPr>
        <w:t xml:space="preserve"> before submission.</w:t>
      </w:r>
    </w:p>
    <w:p w14:paraId="3C241A93" w14:textId="77777777" w:rsidR="00145FAA" w:rsidRPr="00F6444A" w:rsidRDefault="00145FAA">
      <w:pPr>
        <w:rPr>
          <w:rFonts w:eastAsia="SimSun"/>
          <w:lang w:eastAsia="zh-CN"/>
        </w:rPr>
      </w:pP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2"/>
        <w:gridCol w:w="2808"/>
        <w:gridCol w:w="2232"/>
        <w:gridCol w:w="2952"/>
      </w:tblGrid>
      <w:tr w:rsidR="00145FAA" w14:paraId="6878F14A" w14:textId="77777777">
        <w:trPr>
          <w:cantSplit/>
          <w:trHeight w:val="446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5A5A5A"/>
            <w:tcMar>
              <w:top w:w="55" w:type="dxa"/>
              <w:left w:w="85" w:type="dxa"/>
              <w:bottom w:w="55" w:type="dxa"/>
              <w:right w:w="75" w:type="dxa"/>
            </w:tcMar>
            <w:vAlign w:val="center"/>
          </w:tcPr>
          <w:p w14:paraId="501C4B13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>1. Applicant Details</w:t>
            </w:r>
          </w:p>
        </w:tc>
      </w:tr>
      <w:tr w:rsidR="00145FAA" w14:paraId="450C30C3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D987A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Surname</w:t>
            </w:r>
          </w:p>
        </w:tc>
        <w:tc>
          <w:tcPr>
            <w:tcW w:w="280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5F25B6" w14:textId="77777777" w:rsidR="00145FAA" w:rsidRDefault="00D52069">
            <w:sdt>
              <w:sdtPr>
                <w:alias w:val="Surname"/>
                <w:tag w:val="surname"/>
                <w:id w:val="3000"/>
                <w:placeholder>
                  <w:docPart w:val="99C1CD81DF42429784BFA82CB5AB9F4F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surname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368318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First Name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50279A" w14:textId="77777777" w:rsidR="00145FAA" w:rsidRDefault="00D52069">
            <w:sdt>
              <w:sdtPr>
                <w:alias w:val="First Name"/>
                <w:tag w:val="first_name"/>
                <w:id w:val="3001"/>
                <w:placeholder>
                  <w:docPart w:val="CECCBD2AF3F94260988E26E2521590A8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first name</w:t>
                </w:r>
              </w:sdtContent>
            </w:sdt>
          </w:p>
        </w:tc>
      </w:tr>
      <w:tr w:rsidR="00145FAA" w14:paraId="7B7A8F09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B77F4E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>University ID</w:t>
            </w:r>
          </w:p>
        </w:tc>
        <w:tc>
          <w:tcPr>
            <w:tcW w:w="280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D9BC4B4" w14:textId="77777777" w:rsidR="00145FAA" w:rsidRDefault="00D52069">
            <w:sdt>
              <w:sdtPr>
                <w:alias w:val="University ID"/>
                <w:tag w:val="university_id"/>
                <w:id w:val="3002"/>
                <w:placeholder>
                  <w:docPart w:val="B5558FDF6A6D47B5B003CA8D97EABD9C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University ID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D6007D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>Position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BDD7FBE" w14:textId="77777777" w:rsidR="00145FAA" w:rsidRDefault="00D52069">
            <w:sdt>
              <w:sdtPr>
                <w:alias w:val="Position"/>
                <w:tag w:val="position"/>
                <w:id w:val="3003"/>
                <w:placeholder>
                  <w:docPart w:val="C4E2ACE1B4914151975A989899542D40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position</w:t>
                </w:r>
              </w:sdtContent>
            </w:sdt>
          </w:p>
        </w:tc>
      </w:tr>
      <w:tr w:rsidR="00145FAA" w14:paraId="2F3FBECF" w14:textId="77777777">
        <w:trPr>
          <w:cantSplit/>
          <w:trHeight w:val="432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CE4595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>College/Division/Area</w:t>
            </w:r>
          </w:p>
        </w:tc>
        <w:tc>
          <w:tcPr>
            <w:tcW w:w="7992" w:type="dxa"/>
            <w:gridSpan w:val="3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501B9A" w14:textId="77777777" w:rsidR="00145FAA" w:rsidRDefault="00D52069">
            <w:sdt>
              <w:sdtPr>
                <w:alias w:val="College/Division/Area"/>
                <w:tag w:val="college_division_area"/>
                <w:id w:val="3004"/>
                <w:placeholder>
                  <w:docPart w:val="212C756872B6469AAA7CB459777B0C39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college, division or area</w:t>
                </w:r>
              </w:sdtContent>
            </w:sdt>
          </w:p>
        </w:tc>
      </w:tr>
      <w:tr w:rsidR="00145FAA" w14:paraId="6CA06900" w14:textId="77777777">
        <w:trPr>
          <w:cantSplit/>
          <w:trHeight w:val="432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87D933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 xml:space="preserve">Academic </w:t>
            </w:r>
            <w:proofErr w:type="spellStart"/>
            <w:r>
              <w:rPr>
                <w:rFonts w:eastAsia="Arial"/>
                <w:b/>
                <w:color w:val="111111"/>
                <w:sz w:val="17"/>
              </w:rPr>
              <w:t>Organisation</w:t>
            </w:r>
            <w:proofErr w:type="spellEnd"/>
          </w:p>
        </w:tc>
        <w:tc>
          <w:tcPr>
            <w:tcW w:w="7992" w:type="dxa"/>
            <w:gridSpan w:val="3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5A456BC" w14:textId="77777777" w:rsidR="00145FAA" w:rsidRDefault="00D52069">
            <w:sdt>
              <w:sdtPr>
                <w:alias w:val="Academic Organisation"/>
                <w:tag w:val="academic_organisation"/>
                <w:id w:val="3005"/>
                <w:placeholder>
                  <w:docPart w:val="0D57729BE5CA48D582D56CE7AB6F4B24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academic organisation</w:t>
                </w:r>
              </w:sdtContent>
            </w:sdt>
          </w:p>
        </w:tc>
      </w:tr>
      <w:tr w:rsidR="00145FAA" w14:paraId="666865B5" w14:textId="77777777">
        <w:trPr>
          <w:cantSplit/>
          <w:trHeight w:val="504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2F2F2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E904C2" w14:textId="77777777" w:rsidR="00145FAA" w:rsidRDefault="00D52069">
            <w:pPr>
              <w:tabs>
                <w:tab w:val="left" w:pos="5472"/>
                <w:tab w:val="left" w:pos="7920"/>
              </w:tabs>
            </w:pPr>
            <w:sdt>
              <w:sdtPr>
                <w:rPr>
                  <w:rFonts w:ascii="MS Gothic" w:eastAsia="MS Gothic" w:hAnsi="MS Gothic"/>
                  <w:color w:val="000000"/>
                  <w:sz w:val="17"/>
                  <w:szCs w:val="17"/>
                </w:rPr>
                <w:alias w:val="Casual Employee"/>
                <w:tag w:val="casual_employee"/>
                <w:id w:val="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color w:val="000000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000000"/>
                <w:sz w:val="17"/>
              </w:rPr>
              <w:t xml:space="preserve"> Casual Employee (complete dates only if selected)</w:t>
            </w:r>
            <w:r w:rsidR="00145FAA">
              <w:rPr>
                <w:rFonts w:eastAsia="Arial" w:cs="Arial"/>
                <w:b/>
                <w:color w:val="000000"/>
                <w:sz w:val="17"/>
              </w:rPr>
              <w:tab/>
              <w:t xml:space="preserve">Start Date: </w:t>
            </w:r>
            <w:sdt>
              <w:sdtPr>
                <w:alias w:val="Casual Start Date"/>
                <w:tag w:val="casual_start_date"/>
                <w:id w:val="3007"/>
                <w:placeholder>
                  <w:docPart w:val="D10F241AD197477790C89FD9407E12BF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DD/MM/YYYY</w:t>
                </w:r>
              </w:sdtContent>
            </w:sdt>
            <w:r w:rsidR="00145FAA">
              <w:rPr>
                <w:rFonts w:eastAsia="Arial" w:cs="Arial"/>
                <w:b/>
                <w:color w:val="000000"/>
                <w:sz w:val="17"/>
              </w:rPr>
              <w:tab/>
              <w:t xml:space="preserve">End Date: </w:t>
            </w:r>
            <w:sdt>
              <w:sdtPr>
                <w:alias w:val="Casual End Date"/>
                <w:tag w:val="casual_end_date"/>
                <w:id w:val="3008"/>
                <w:placeholder>
                  <w:docPart w:val="5C904BF978F941B08727453451732224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DD/MM/YYYY</w:t>
                </w:r>
              </w:sdtContent>
            </w:sdt>
          </w:p>
        </w:tc>
      </w:tr>
      <w:tr w:rsidR="00145FAA" w14:paraId="4220C199" w14:textId="77777777">
        <w:trPr>
          <w:cantSplit/>
          <w:trHeight w:val="504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2F2F2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12CBC9" w14:textId="1BDEFDAA" w:rsidR="00145FAA" w:rsidRDefault="00D52069">
            <w:pPr>
              <w:tabs>
                <w:tab w:val="left" w:pos="5472"/>
                <w:tab w:val="left" w:pos="7920"/>
              </w:tabs>
            </w:pPr>
            <w:sdt>
              <w:sdtPr>
                <w:rPr>
                  <w:rFonts w:ascii="MS Gothic" w:eastAsia="MS Gothic" w:hAnsi="MS Gothic"/>
                  <w:color w:val="000000"/>
                  <w:sz w:val="17"/>
                  <w:szCs w:val="17"/>
                </w:rPr>
                <w:alias w:val="Fixed Term Contract"/>
                <w:tag w:val="fixed_term_contract"/>
                <w:id w:val="6656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000000"/>
                <w:sz w:val="17"/>
              </w:rPr>
              <w:t xml:space="preserve"> Fixed-term </w:t>
            </w:r>
            <w:r w:rsidR="005C2934">
              <w:rPr>
                <w:rFonts w:eastAsia="Arial" w:cs="Arial"/>
                <w:b/>
                <w:color w:val="000000"/>
                <w:sz w:val="17"/>
              </w:rPr>
              <w:t>c</w:t>
            </w:r>
            <w:r w:rsidR="00145FAA">
              <w:rPr>
                <w:rFonts w:eastAsia="Arial" w:cs="Arial"/>
                <w:b/>
                <w:color w:val="000000"/>
                <w:sz w:val="17"/>
              </w:rPr>
              <w:t>ontract (complete dates only if selected)</w:t>
            </w:r>
            <w:r w:rsidR="00145FAA">
              <w:rPr>
                <w:rFonts w:eastAsia="Arial" w:cs="Arial"/>
                <w:b/>
                <w:color w:val="000000"/>
                <w:sz w:val="17"/>
              </w:rPr>
              <w:tab/>
              <w:t xml:space="preserve">Start Date: </w:t>
            </w:r>
            <w:sdt>
              <w:sdtPr>
                <w:alias w:val="Fixed Term Start Date"/>
                <w:tag w:val="fixed_term_start_date"/>
                <w:id w:val="1375243777"/>
                <w:placeholder>
                  <w:docPart w:val="D10F241AD197477790C89FD9407E12BF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DD/MM/YYYY</w:t>
                </w:r>
              </w:sdtContent>
            </w:sdt>
            <w:r w:rsidR="00145FAA">
              <w:rPr>
                <w:rFonts w:eastAsia="Arial" w:cs="Arial"/>
                <w:b/>
                <w:color w:val="000000"/>
                <w:sz w:val="17"/>
              </w:rPr>
              <w:tab/>
              <w:t xml:space="preserve">End Date: </w:t>
            </w:r>
            <w:sdt>
              <w:sdtPr>
                <w:alias w:val="Fixed Term End Date"/>
                <w:tag w:val="fixed_term_end_date"/>
                <w:id w:val="1779864401"/>
                <w:placeholder>
                  <w:docPart w:val="5C904BF978F941B08727453451732224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DD/MM/YYYY</w:t>
                </w:r>
              </w:sdtContent>
            </w:sdt>
          </w:p>
        </w:tc>
      </w:tr>
    </w:tbl>
    <w:p w14:paraId="7DAFF3C7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1"/>
        <w:gridCol w:w="2808"/>
        <w:gridCol w:w="2232"/>
        <w:gridCol w:w="2953"/>
      </w:tblGrid>
      <w:tr w:rsidR="00145FAA" w14:paraId="22681F68" w14:textId="77777777" w:rsidTr="00C00483">
        <w:trPr>
          <w:cantSplit/>
          <w:trHeight w:val="446"/>
        </w:trPr>
        <w:tc>
          <w:tcPr>
            <w:tcW w:w="7372" w:type="dxa"/>
            <w:gridSpan w:val="3"/>
            <w:tcBorders>
              <w:top w:val="single" w:sz="8" w:space="0" w:color="5D5D5D"/>
              <w:left w:val="single" w:sz="8" w:space="0" w:color="5D5D5D"/>
              <w:bottom w:val="single" w:sz="8" w:space="0" w:color="5D5D5D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281A65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>2. Student Administration System (SAS)</w:t>
            </w:r>
          </w:p>
          <w:p w14:paraId="37896D55" w14:textId="77777777" w:rsidR="00145FAA" w:rsidRPr="004E7B69" w:rsidRDefault="00145FAA">
            <w:pPr>
              <w:keepNext/>
              <w:keepLines/>
              <w:rPr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4E7B69">
              <w:rPr>
                <w:rFonts w:eastAsia="Arial" w:cs="Arial"/>
                <w:bCs/>
                <w:i/>
                <w:iCs/>
                <w:color w:val="FFFFFF"/>
                <w:sz w:val="16"/>
                <w:szCs w:val="16"/>
              </w:rPr>
              <w:t xml:space="preserve">Note: New users will be required to complete SAS training before access is provided. </w:t>
            </w:r>
          </w:p>
        </w:tc>
        <w:tc>
          <w:tcPr>
            <w:tcW w:w="2952" w:type="dxa"/>
            <w:tcBorders>
              <w:top w:val="single" w:sz="8" w:space="0" w:color="5D5D5D"/>
              <w:left w:val="nil"/>
              <w:bottom w:val="single" w:sz="8" w:space="0" w:color="5D5D5D"/>
              <w:right w:val="single" w:sz="8" w:space="0" w:color="5D5D5D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2E342B26" w14:textId="77777777" w:rsidR="00145FAA" w:rsidRDefault="00D52069">
            <w:pPr>
              <w:keepNext/>
              <w:keepLines/>
              <w:spacing w:line="190" w:lineRule="auto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2_add_update"/>
                <w:id w:val="5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eastAsia="Arial" w:cs="Aria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2_remove"/>
                <w:id w:val="5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eastAsia="Arial" w:cs="Aria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2C5767CB" w14:textId="77777777" w:rsidTr="00C00483">
        <w:trPr>
          <w:cantSplit/>
          <w:trHeight w:val="446"/>
        </w:trPr>
        <w:tc>
          <w:tcPr>
            <w:tcW w:w="23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89A104" w14:textId="77777777" w:rsidR="00145FAA" w:rsidRDefault="00145FAA">
            <w:r w:rsidRPr="00317E8F">
              <w:rPr>
                <w:rFonts w:eastAsia="Arial"/>
                <w:b/>
                <w:color w:val="111111"/>
                <w:sz w:val="17"/>
              </w:rPr>
              <w:t>Same access as — Name</w:t>
            </w:r>
          </w:p>
        </w:tc>
        <w:tc>
          <w:tcPr>
            <w:tcW w:w="280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F2CDD4" w14:textId="77777777" w:rsidR="00145FAA" w:rsidRDefault="00D52069">
            <w:sdt>
              <w:sdtPr>
                <w:alias w:val="SAS same access name"/>
                <w:tag w:val="sas_same_access_name"/>
                <w:id w:val="3010"/>
                <w:placeholder>
                  <w:docPart w:val="6BCA494E39C04245A96BDEE035D45977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name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CEFA68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University ID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69510E" w14:textId="77777777" w:rsidR="00145FAA" w:rsidRDefault="00D52069">
            <w:sdt>
              <w:sdtPr>
                <w:alias w:val="SAS same access University ID"/>
                <w:tag w:val="sas_same_access_uid"/>
                <w:id w:val="3011"/>
                <w:placeholder>
                  <w:docPart w:val="FF593BC3428C4AFC95AD23C175040D98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University ID</w:t>
                </w:r>
              </w:sdtContent>
            </w:sdt>
          </w:p>
        </w:tc>
      </w:tr>
      <w:tr w:rsidR="00145FAA" w14:paraId="7D772884" w14:textId="77777777" w:rsidTr="00C00483">
        <w:trPr>
          <w:cantSplit/>
          <w:trHeight w:val="605"/>
        </w:trPr>
        <w:tc>
          <w:tcPr>
            <w:tcW w:w="23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35AB31" w14:textId="77777777" w:rsidR="00145FAA" w:rsidRDefault="00145FAA">
            <w:r w:rsidRPr="00317E8F">
              <w:rPr>
                <w:rFonts w:eastAsia="Arial"/>
                <w:b/>
                <w:color w:val="111111"/>
                <w:sz w:val="17"/>
              </w:rPr>
              <w:t>Additional information or requirements</w:t>
            </w:r>
          </w:p>
        </w:tc>
        <w:tc>
          <w:tcPr>
            <w:tcW w:w="7992" w:type="dxa"/>
            <w:gridSpan w:val="3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5F5457A" w14:textId="77777777" w:rsidR="00145FAA" w:rsidRDefault="00D52069">
            <w:sdt>
              <w:sdtPr>
                <w:alias w:val="SAS additional information"/>
                <w:tag w:val="sas_additional_info"/>
                <w:id w:val="3012"/>
                <w:placeholder>
                  <w:docPart w:val="AE1175117B7B4C18B3B86F6083B51A82"/>
                </w:placeholder>
                <w:showingPlcHdr/>
                <w:text w:multiLine="1"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any additional scope, business justification for access request or relevant notes. Please provide details of your required activities or functions in SAS. If existing roles/access need to be removed, please specify them here.</w:t>
                </w:r>
              </w:sdtContent>
            </w:sdt>
          </w:p>
        </w:tc>
      </w:tr>
      <w:tr w:rsidR="00145FAA" w14:paraId="26B94098" w14:textId="77777777" w:rsidTr="00C00483">
        <w:trPr>
          <w:cantSplit/>
          <w:trHeight w:val="605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5A4FEE" w14:textId="77777777" w:rsidR="00145FAA" w:rsidRPr="00C33742" w:rsidRDefault="00145FAA">
            <w:pPr>
              <w:rPr>
                <w:sz w:val="16"/>
                <w:szCs w:val="16"/>
              </w:rPr>
            </w:pPr>
            <w:r w:rsidRPr="00C33742">
              <w:rPr>
                <w:rFonts w:eastAsia="Arial"/>
                <w:b/>
                <w:color w:val="000000"/>
                <w:sz w:val="17"/>
                <w:szCs w:val="16"/>
              </w:rPr>
              <w:t xml:space="preserve">Approval from the Deputy Registrar is required </w:t>
            </w:r>
            <w:r>
              <w:rPr>
                <w:rFonts w:eastAsia="Arial"/>
                <w:b/>
                <w:color w:val="000000"/>
                <w:sz w:val="17"/>
                <w:szCs w:val="16"/>
              </w:rPr>
              <w:t>for S</w:t>
            </w:r>
            <w:r w:rsidRPr="00C33742">
              <w:rPr>
                <w:rFonts w:eastAsia="Arial"/>
                <w:b/>
                <w:color w:val="000000"/>
                <w:sz w:val="17"/>
                <w:szCs w:val="16"/>
              </w:rPr>
              <w:t>AS</w:t>
            </w:r>
            <w:r>
              <w:rPr>
                <w:rFonts w:eastAsia="Arial"/>
                <w:b/>
                <w:color w:val="000000"/>
                <w:sz w:val="17"/>
                <w:szCs w:val="16"/>
              </w:rPr>
              <w:t xml:space="preserve"> update access</w:t>
            </w:r>
            <w:r w:rsidRPr="00C33742">
              <w:rPr>
                <w:rFonts w:eastAsia="Arial"/>
                <w:b/>
                <w:color w:val="000000"/>
                <w:sz w:val="17"/>
                <w:szCs w:val="16"/>
              </w:rPr>
              <w:t>. See Section 12.</w:t>
            </w:r>
          </w:p>
        </w:tc>
      </w:tr>
    </w:tbl>
    <w:p w14:paraId="2BEFC69C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0"/>
        <w:gridCol w:w="4864"/>
        <w:gridCol w:w="3130"/>
      </w:tblGrid>
      <w:tr w:rsidR="00145FAA" w14:paraId="704F1BB0" w14:textId="77777777" w:rsidTr="00145FAA">
        <w:trPr>
          <w:cantSplit/>
          <w:trHeight w:val="446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8A31BC6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 xml:space="preserve">3. </w:t>
            </w:r>
            <w:proofErr w:type="spellStart"/>
            <w:r w:rsidRPr="000355AD">
              <w:rPr>
                <w:rFonts w:ascii="Arial" w:hAnsi="Arial" w:cs="Arial"/>
                <w:color w:val="FFFFFF"/>
                <w:sz w:val="24"/>
              </w:rPr>
              <w:t>MyTimetable</w:t>
            </w:r>
            <w:proofErr w:type="spellEnd"/>
          </w:p>
          <w:p w14:paraId="146D5140" w14:textId="77777777" w:rsidR="00145FAA" w:rsidRPr="00B82DB8" w:rsidRDefault="00145FAA" w:rsidP="00075797">
            <w:pPr>
              <w:keepNext/>
              <w:keepLines/>
              <w:rPr>
                <w:b/>
                <w:color w:val="FFFFFF"/>
                <w:sz w:val="23"/>
              </w:rPr>
            </w:pPr>
            <w:r>
              <w:rPr>
                <w:rFonts w:eastAsia="Arial" w:cs="Arial"/>
                <w:i/>
                <w:color w:val="FFFFFF"/>
                <w:sz w:val="16"/>
              </w:rPr>
              <w:t xml:space="preserve">Note: New users will be required to complete </w:t>
            </w:r>
            <w:proofErr w:type="spellStart"/>
            <w:r>
              <w:rPr>
                <w:rFonts w:eastAsia="Arial" w:cs="Arial"/>
                <w:i/>
                <w:color w:val="FFFFFF"/>
                <w:sz w:val="16"/>
              </w:rPr>
              <w:t>MyTimetable</w:t>
            </w:r>
            <w:proofErr w:type="spellEnd"/>
            <w:r>
              <w:rPr>
                <w:rFonts w:eastAsia="Arial" w:cs="Arial"/>
                <w:i/>
                <w:color w:val="FFFFFF"/>
                <w:sz w:val="16"/>
              </w:rPr>
              <w:t xml:space="preserve"> training before access is provided.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40D2C151" w14:textId="77777777" w:rsidR="00145FAA" w:rsidRDefault="00D52069">
            <w:pPr>
              <w:keepNext/>
              <w:keepLines/>
              <w:spacing w:line="190" w:lineRule="auto"/>
              <w:ind w:left="177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3_add_update"/>
                <w:id w:val="5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cs="Arial" w:hint="eastAsia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3_remove"/>
                <w:id w:val="5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eastAsia="Arial" w:cs="Aria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68F6B2A6" w14:textId="77777777" w:rsidTr="00145FAA">
        <w:trPr>
          <w:cantSplit/>
          <w:trHeight w:val="432"/>
        </w:trPr>
        <w:tc>
          <w:tcPr>
            <w:tcW w:w="2330" w:type="dxa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E611EB" w14:textId="77777777" w:rsidR="00145FAA" w:rsidRDefault="00145FAA" w:rsidP="00075797">
            <w:r>
              <w:rPr>
                <w:rFonts w:eastAsia="Arial"/>
                <w:b/>
                <w:color w:val="111111"/>
                <w:sz w:val="17"/>
              </w:rPr>
              <w:t>Courses / Subjects</w:t>
            </w:r>
          </w:p>
        </w:tc>
        <w:tc>
          <w:tcPr>
            <w:tcW w:w="7994" w:type="dxa"/>
            <w:gridSpan w:val="2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4A3C44" w14:textId="77777777" w:rsidR="00145FAA" w:rsidRDefault="00145FAA">
            <w:r>
              <w:rPr>
                <w:rFonts w:eastAsia="Arial"/>
                <w:color w:val="6E6E6E"/>
                <w:sz w:val="17"/>
              </w:rPr>
              <w:t>Enter course or subject codes/names</w:t>
            </w:r>
          </w:p>
        </w:tc>
      </w:tr>
      <w:tr w:rsidR="00145FAA" w14:paraId="6762F330" w14:textId="77777777" w:rsidTr="00BA6627">
        <w:trPr>
          <w:cantSplit/>
          <w:trHeight w:val="432"/>
        </w:trPr>
        <w:tc>
          <w:tcPr>
            <w:tcW w:w="233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30821D" w14:textId="77777777" w:rsidR="00145FAA" w:rsidRDefault="00145FAA">
            <w:r>
              <w:rPr>
                <w:rFonts w:eastAsia="Arial"/>
                <w:b/>
                <w:sz w:val="17"/>
              </w:rPr>
              <w:t>User Group</w:t>
            </w:r>
            <w:r>
              <w:rPr>
                <w:rFonts w:eastAsia="Arial"/>
                <w:b/>
                <w:sz w:val="17"/>
              </w:rPr>
              <w:br/>
            </w:r>
            <w:r>
              <w:rPr>
                <w:rFonts w:eastAsia="Arial"/>
                <w:i/>
                <w:color w:val="646464"/>
                <w:sz w:val="17"/>
              </w:rPr>
              <w:t>Select the team or role</w:t>
            </w:r>
          </w:p>
        </w:tc>
        <w:tc>
          <w:tcPr>
            <w:tcW w:w="7994" w:type="dxa"/>
            <w:gridSpan w:val="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FC7D61" w14:textId="27E6731A" w:rsidR="00145FAA" w:rsidRDefault="00D52069">
            <w:sdt>
              <w:sdtPr>
                <w:rPr>
                  <w:rFonts w:eastAsia="Arial"/>
                  <w:sz w:val="17"/>
                </w:rPr>
                <w:alias w:val="MyTimetable — School Admin"/>
                <w:tag w:val="mytimetable_user_group_1"/>
                <w:id w:val="25395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School Admin    </w:t>
            </w:r>
            <w:sdt>
              <w:sdtPr>
                <w:rPr>
                  <w:rFonts w:eastAsia="Arial"/>
                  <w:sz w:val="17"/>
                </w:rPr>
                <w:alias w:val="MyTimetable — Convenor/Lecturer"/>
                <w:tag w:val="mytimetable_user_group_2"/>
                <w:id w:val="189847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Convenor/Lecturer    </w:t>
            </w:r>
            <w:sdt>
              <w:sdtPr>
                <w:rPr>
                  <w:rFonts w:eastAsia="Arial"/>
                  <w:sz w:val="17"/>
                </w:rPr>
                <w:alias w:val="MyTimetable — Tutor"/>
                <w:tag w:val="mytimetable_user_group_3"/>
                <w:id w:val="149021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Tutor    </w:t>
            </w:r>
            <w:sdt>
              <w:sdtPr>
                <w:rPr>
                  <w:rFonts w:eastAsia="Arial"/>
                  <w:sz w:val="17"/>
                </w:rPr>
                <w:alias w:val="MyTimetable — Central Timetabling"/>
                <w:tag w:val="mytimetable_user_group_4"/>
                <w:id w:val="3223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> Central Timetabling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MyTimetable — Central Student Support team"/>
                <w:tag w:val="mytimetable_user_group_5"/>
                <w:id w:val="-1284034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Central Student Support </w:t>
            </w:r>
            <w:r w:rsidR="005C2934">
              <w:rPr>
                <w:rFonts w:eastAsia="Arial"/>
                <w:sz w:val="17"/>
              </w:rPr>
              <w:t>T</w:t>
            </w:r>
            <w:r w:rsidR="00145FAA">
              <w:rPr>
                <w:rFonts w:eastAsia="Arial"/>
                <w:sz w:val="17"/>
              </w:rPr>
              <w:t>eam (Student Hub, ANUSA, Experience, Wellbeing and</w:t>
            </w:r>
            <w:r w:rsidR="00145FAA">
              <w:rPr>
                <w:rFonts w:eastAsia="Arial"/>
                <w:sz w:val="17"/>
              </w:rPr>
              <w:br/>
              <w:t>Inclusion)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MyTimetable — Other user group"/>
                <w:tag w:val="mytimetable_user_group_6"/>
                <w:id w:val="2861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Other: </w:t>
            </w:r>
            <w:sdt>
              <w:sdtPr>
                <w:rPr>
                  <w:rFonts w:eastAsia="Arial"/>
                  <w:sz w:val="17"/>
                </w:rPr>
                <w:alias w:val="Enter other user group"/>
                <w:tag w:val="OtherUserGroup_1"/>
                <w:id w:val="-236867057"/>
                <w:placeholder>
                  <w:docPart w:val="049F1C4FD7CC423997EFF3988C768A83"/>
                </w:placeholder>
                <w:text/>
              </w:sdtPr>
              <w:sdtEndPr/>
              <w:sdtContent>
                <w:r w:rsidR="00145FAA" w:rsidRPr="00AA032D">
                  <w:rPr>
                    <w:rStyle w:val="PlaceholderText"/>
                  </w:rPr>
                  <w:t xml:space="preserve">Enter </w:t>
                </w:r>
                <w:proofErr w:type="gramStart"/>
                <w:r w:rsidR="00145FAA" w:rsidRPr="00AA032D">
                  <w:rPr>
                    <w:rStyle w:val="PlaceholderText"/>
                  </w:rPr>
                  <w:t>other</w:t>
                </w:r>
                <w:proofErr w:type="gramEnd"/>
                <w:r w:rsidR="00145FAA" w:rsidRPr="00AA032D">
                  <w:rPr>
                    <w:rStyle w:val="PlaceholderText"/>
                  </w:rPr>
                  <w:t xml:space="preserve"> user group</w:t>
                </w:r>
              </w:sdtContent>
            </w:sdt>
          </w:p>
        </w:tc>
      </w:tr>
      <w:tr w:rsidR="00145FAA" w14:paraId="56E8CBB9" w14:textId="77777777" w:rsidTr="00BA6627">
        <w:trPr>
          <w:cantSplit/>
          <w:trHeight w:val="605"/>
        </w:trPr>
        <w:tc>
          <w:tcPr>
            <w:tcW w:w="233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186981" w14:textId="77777777" w:rsidR="00145FAA" w:rsidRDefault="00145FAA">
            <w:r>
              <w:rPr>
                <w:rFonts w:eastAsia="Arial"/>
                <w:b/>
                <w:sz w:val="17"/>
              </w:rPr>
              <w:t>Additional information or requirements</w:t>
            </w:r>
          </w:p>
        </w:tc>
        <w:sdt>
          <w:sdtPr>
            <w:alias w:val="Additional information or requirements"/>
            <w:tag w:val="MyTimetableAdditionalInformation"/>
            <w:id w:val="1147009233"/>
            <w:placeholder>
              <w:docPart w:val="E49E2F0920A04C0B8C21B0D85A7DA304"/>
            </w:placeholder>
            <w:showingPlcHdr/>
            <w:text/>
          </w:sdtPr>
          <w:sdtEndPr/>
          <w:sdtContent>
            <w:tc>
              <w:tcPr>
                <w:tcW w:w="7994" w:type="dxa"/>
                <w:gridSpan w:val="2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7594575F" w14:textId="77777777" w:rsidR="00145FAA" w:rsidRDefault="00145FAA">
                <w:r w:rsidRPr="00AA032D">
                  <w:rPr>
                    <w:rStyle w:val="PlaceholderText"/>
                  </w:rPr>
                  <w:t>Enter any additional scope, business justification for access request or relevant notes.</w:t>
                </w:r>
                <w:r w:rsidRPr="00AA032D">
                  <w:rPr>
                    <w:rStyle w:val="PlaceholderText"/>
                  </w:rPr>
                  <w:br/>
                  <w:t>Please provide details of your required activities or functions in MyTimetable. If existing roles/access need to be removed, please specify them here.</w:t>
                </w:r>
              </w:p>
            </w:tc>
          </w:sdtContent>
        </w:sdt>
      </w:tr>
    </w:tbl>
    <w:p w14:paraId="3BDC6DEC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0"/>
        <w:gridCol w:w="4864"/>
        <w:gridCol w:w="3130"/>
      </w:tblGrid>
      <w:tr w:rsidR="00145FAA" w:rsidRPr="00B82DB8" w14:paraId="1C5CC144" w14:textId="77777777" w:rsidTr="00145FAA">
        <w:trPr>
          <w:cantSplit/>
          <w:trHeight w:val="446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271B7ED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>4. Syllabus Plus</w:t>
            </w:r>
            <w:r w:rsidRPr="000355AD">
              <w:rPr>
                <w:rFonts w:ascii="Arial" w:hAnsi="Arial" w:cs="Arial"/>
                <w:color w:val="FFFFFF"/>
                <w:sz w:val="24"/>
              </w:rPr>
              <w:br/>
            </w:r>
            <w:r w:rsidRPr="00F512F0">
              <w:rPr>
                <w:rFonts w:ascii="Arial" w:hAnsi="Arial" w:cs="Arial"/>
                <w:b w:val="0"/>
                <w:i/>
                <w:color w:val="FFFFFF"/>
                <w:sz w:val="16"/>
                <w:szCs w:val="16"/>
              </w:rPr>
              <w:t>Note: New users will be required to complete Syllabus Plus training before access is provided.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2FA9B3A0" w14:textId="77777777" w:rsidR="00145FAA" w:rsidRDefault="00D52069">
            <w:pPr>
              <w:keepNext/>
              <w:keepLines/>
              <w:spacing w:line="190" w:lineRule="auto"/>
              <w:ind w:left="177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4_add_update"/>
                <w:id w:val="5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4_remove"/>
                <w:id w:val="5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116404E1" w14:textId="77777777" w:rsidTr="00145FAA">
        <w:trPr>
          <w:cantSplit/>
          <w:trHeight w:val="503"/>
        </w:trPr>
        <w:tc>
          <w:tcPr>
            <w:tcW w:w="2330" w:type="dxa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6F13C3" w14:textId="77777777" w:rsidR="00145FAA" w:rsidRDefault="00145FAA">
            <w:r>
              <w:rPr>
                <w:rFonts w:eastAsia="Arial"/>
                <w:b/>
                <w:sz w:val="17"/>
              </w:rPr>
              <w:t>User Group</w:t>
            </w:r>
            <w:r>
              <w:rPr>
                <w:rFonts w:eastAsia="Arial"/>
                <w:b/>
                <w:sz w:val="17"/>
              </w:rPr>
              <w:br/>
            </w:r>
            <w:r>
              <w:rPr>
                <w:rFonts w:eastAsia="Arial"/>
                <w:i/>
                <w:color w:val="646464"/>
                <w:sz w:val="17"/>
              </w:rPr>
              <w:t>Select the team or role</w:t>
            </w:r>
          </w:p>
        </w:tc>
        <w:tc>
          <w:tcPr>
            <w:tcW w:w="7994" w:type="dxa"/>
            <w:gridSpan w:val="2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955F350" w14:textId="77777777" w:rsidR="00145FAA" w:rsidRDefault="00D52069">
            <w:sdt>
              <w:sdtPr>
                <w:rPr>
                  <w:rFonts w:eastAsia="Arial"/>
                  <w:sz w:val="17"/>
                </w:rPr>
                <w:alias w:val="Syllabus Plus — Room Bookers"/>
                <w:tag w:val="syllabus_user_group_1"/>
                <w:id w:val="1260566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Room Bookers    </w:t>
            </w:r>
            <w:sdt>
              <w:sdtPr>
                <w:rPr>
                  <w:rFonts w:eastAsia="Arial"/>
                  <w:sz w:val="17"/>
                </w:rPr>
                <w:alias w:val="Syllabus Plus — Timetabling Team"/>
                <w:tag w:val="syllabus_user_group_2"/>
                <w:id w:val="13083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> Timetabling Team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Syllabus Plus — Other user group"/>
                <w:tag w:val="syllabus_user_group_3"/>
                <w:id w:val="-121519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Other: </w:t>
            </w:r>
            <w:sdt>
              <w:sdtPr>
                <w:rPr>
                  <w:rFonts w:eastAsia="Arial"/>
                  <w:sz w:val="17"/>
                </w:rPr>
                <w:alias w:val="Enter other user group"/>
                <w:tag w:val="OtherUserGroup_2"/>
                <w:id w:val="1020356873"/>
                <w:placeholder>
                  <w:docPart w:val="6B1BFE2398C44571AA2E1657E9EA4804"/>
                </w:placeholder>
                <w:text/>
              </w:sdtPr>
              <w:sdtEndPr/>
              <w:sdtContent>
                <w:r w:rsidR="00145FAA" w:rsidRPr="00AA032D">
                  <w:rPr>
                    <w:rStyle w:val="PlaceholderText"/>
                  </w:rPr>
                  <w:t xml:space="preserve">Enter </w:t>
                </w:r>
                <w:proofErr w:type="gramStart"/>
                <w:r w:rsidR="00145FAA" w:rsidRPr="00AA032D">
                  <w:rPr>
                    <w:rStyle w:val="PlaceholderText"/>
                  </w:rPr>
                  <w:t>other</w:t>
                </w:r>
                <w:proofErr w:type="gramEnd"/>
                <w:r w:rsidR="00145FAA" w:rsidRPr="00AA032D">
                  <w:rPr>
                    <w:rStyle w:val="PlaceholderText"/>
                  </w:rPr>
                  <w:t xml:space="preserve"> user group</w:t>
                </w:r>
              </w:sdtContent>
            </w:sdt>
          </w:p>
        </w:tc>
      </w:tr>
      <w:tr w:rsidR="00145FAA" w14:paraId="1052A564" w14:textId="77777777" w:rsidTr="00BA6627">
        <w:trPr>
          <w:cantSplit/>
          <w:trHeight w:val="503"/>
        </w:trPr>
        <w:tc>
          <w:tcPr>
            <w:tcW w:w="233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51BE3C9" w14:textId="77777777" w:rsidR="00145FAA" w:rsidRDefault="00145FAA">
            <w:r>
              <w:rPr>
                <w:rFonts w:eastAsia="Arial"/>
                <w:b/>
                <w:sz w:val="17"/>
              </w:rPr>
              <w:t>Access Level</w:t>
            </w:r>
            <w:r>
              <w:rPr>
                <w:rFonts w:eastAsia="Arial"/>
                <w:b/>
                <w:sz w:val="17"/>
              </w:rPr>
              <w:br/>
            </w:r>
            <w:r>
              <w:rPr>
                <w:rFonts w:eastAsia="Arial"/>
                <w:i/>
                <w:color w:val="646464"/>
                <w:sz w:val="17"/>
              </w:rPr>
              <w:t>Select the</w:t>
            </w:r>
            <w:r>
              <w:rPr>
                <w:rFonts w:eastAsia="Arial"/>
                <w:i/>
                <w:color w:val="646464"/>
                <w:sz w:val="17"/>
              </w:rPr>
              <w:br/>
              <w:t>permissions required to</w:t>
            </w:r>
            <w:r>
              <w:rPr>
                <w:rFonts w:eastAsia="Arial"/>
                <w:i/>
                <w:color w:val="646464"/>
                <w:sz w:val="17"/>
              </w:rPr>
              <w:br/>
              <w:t>perform your duties</w:t>
            </w:r>
          </w:p>
        </w:tc>
        <w:tc>
          <w:tcPr>
            <w:tcW w:w="7994" w:type="dxa"/>
            <w:gridSpan w:val="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FE6AC3" w14:textId="77777777" w:rsidR="00145FAA" w:rsidRDefault="00D52069">
            <w:sdt>
              <w:sdtPr>
                <w:rPr>
                  <w:rFonts w:eastAsia="Arial"/>
                  <w:sz w:val="17"/>
                </w:rPr>
                <w:alias w:val="Syllabus Plus — Central Room Bookers"/>
                <w:tag w:val="syllabus_access_1"/>
                <w:id w:val="195034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> Central Room Bookers (Venue Hire or Kambri)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Syllabus Plus — Departmental Room Booker"/>
                <w:tag w:val="syllabus_access_2"/>
                <w:id w:val="-182989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> Departmental Room Booker (College/School)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Syllabus Plus — Reporting read-only access"/>
                <w:tag w:val="syllabus_access_3"/>
                <w:id w:val="173566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> Reporting (read-only) access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Syllabus Plus — Central Timetabling Team"/>
                <w:tag w:val="syllabus_access_4"/>
                <w:id w:val="1514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> Central Timetabling Team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eastAsia="Arial"/>
                  <w:sz w:val="17"/>
                </w:rPr>
                <w:alias w:val="Syllabus Plus — Other access level"/>
                <w:tag w:val="syllabus_access_5"/>
                <w:id w:val="-7806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145FAA">
              <w:rPr>
                <w:rFonts w:eastAsia="Arial"/>
                <w:sz w:val="17"/>
              </w:rPr>
              <w:t xml:space="preserve"> Other: </w:t>
            </w:r>
            <w:sdt>
              <w:sdtPr>
                <w:rPr>
                  <w:rFonts w:eastAsia="Arial"/>
                  <w:sz w:val="17"/>
                </w:rPr>
                <w:alias w:val="Enter other user group"/>
                <w:tag w:val="OtherUserGroup_3"/>
                <w:id w:val="-1192919280"/>
                <w:placeholder>
                  <w:docPart w:val="47000582726D430884CC6630F9128FAE"/>
                </w:placeholder>
                <w:showingPlcHdr/>
                <w:text/>
              </w:sdtPr>
              <w:sdtEndPr/>
              <w:sdtContent>
                <w:r w:rsidR="00145FAA" w:rsidRPr="00AA032D">
                  <w:rPr>
                    <w:rStyle w:val="PlaceholderText"/>
                  </w:rPr>
                  <w:t xml:space="preserve">Enter </w:t>
                </w:r>
                <w:proofErr w:type="gramStart"/>
                <w:r w:rsidR="00145FAA" w:rsidRPr="00AA032D">
                  <w:rPr>
                    <w:rStyle w:val="PlaceholderText"/>
                  </w:rPr>
                  <w:t>other</w:t>
                </w:r>
                <w:proofErr w:type="gramEnd"/>
                <w:r w:rsidR="00145FAA" w:rsidRPr="00AA032D">
                  <w:rPr>
                    <w:rStyle w:val="PlaceholderText"/>
                  </w:rPr>
                  <w:t xml:space="preserve"> user group</w:t>
                </w:r>
              </w:sdtContent>
            </w:sdt>
          </w:p>
        </w:tc>
      </w:tr>
      <w:tr w:rsidR="00145FAA" w14:paraId="3ED5F037" w14:textId="77777777" w:rsidTr="00BA6627">
        <w:trPr>
          <w:cantSplit/>
          <w:trHeight w:val="605"/>
        </w:trPr>
        <w:tc>
          <w:tcPr>
            <w:tcW w:w="233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9FAC0B" w14:textId="77777777" w:rsidR="00145FAA" w:rsidRDefault="00145FAA">
            <w:r>
              <w:rPr>
                <w:rFonts w:eastAsia="Arial"/>
                <w:b/>
                <w:sz w:val="17"/>
              </w:rPr>
              <w:t>Additional information or requirements</w:t>
            </w:r>
          </w:p>
        </w:tc>
        <w:sdt>
          <w:sdtPr>
            <w:alias w:val="Additional information or requirements"/>
            <w:tag w:val="SyllabusPlusAdditionalInformation"/>
            <w:id w:val="-581604570"/>
            <w:placeholder>
              <w:docPart w:val="6B910C086CD7429587B6147D9BA6A724"/>
            </w:placeholder>
            <w:showingPlcHdr/>
            <w:text/>
          </w:sdtPr>
          <w:sdtEndPr/>
          <w:sdtContent>
            <w:tc>
              <w:tcPr>
                <w:tcW w:w="7994" w:type="dxa"/>
                <w:gridSpan w:val="2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0197FD1D" w14:textId="77777777" w:rsidR="00145FAA" w:rsidRDefault="00145FAA">
                <w:r w:rsidRPr="00AA032D">
                  <w:rPr>
                    <w:rStyle w:val="PlaceholderText"/>
                  </w:rPr>
                  <w:t>Enter any additional scope, business justification for access request or relevant notes.</w:t>
                </w:r>
                <w:r w:rsidRPr="00AA032D">
                  <w:rPr>
                    <w:rStyle w:val="PlaceholderText"/>
                  </w:rPr>
                  <w:br/>
                  <w:t>Please provide details of your required activities or functions in Syllabus Plus. If existing roles/access need to be removed, please specify them here.</w:t>
                </w:r>
              </w:p>
            </w:tc>
          </w:sdtContent>
        </w:sdt>
      </w:tr>
    </w:tbl>
    <w:p w14:paraId="306D4E0A" w14:textId="77777777" w:rsidR="00145FAA" w:rsidRDefault="00145FAA">
      <w:pPr>
        <w:spacing w:line="108" w:lineRule="auto"/>
        <w:rPr>
          <w:rFonts w:eastAsia="Arial" w:cs="Arial"/>
          <w:sz w:val="12"/>
          <w:szCs w:val="2"/>
        </w:rPr>
      </w:pPr>
      <w:r>
        <w:rPr>
          <w:rFonts w:eastAsia="Arial" w:cs="Arial"/>
          <w:sz w:val="12"/>
          <w:szCs w:val="2"/>
        </w:rPr>
        <w:t xml:space="preserve"> </w:t>
      </w:r>
    </w:p>
    <w:p w14:paraId="6C57B5B0" w14:textId="77777777" w:rsidR="00145FAA" w:rsidRDefault="00145FAA">
      <w:pPr>
        <w:spacing w:line="108" w:lineRule="auto"/>
      </w:pPr>
      <w:r>
        <w:rPr>
          <w:rFonts w:eastAsia="Arial" w:cs="Arial"/>
          <w:vanish/>
          <w:sz w:val="12"/>
        </w:rPr>
        <w:br w:type="page"/>
      </w:r>
    </w:p>
    <w:tbl>
      <w:tblPr>
        <w:tblW w:w="1032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90"/>
        <w:gridCol w:w="2426"/>
        <w:gridCol w:w="1152"/>
        <w:gridCol w:w="1329"/>
        <w:gridCol w:w="761"/>
        <w:gridCol w:w="900"/>
        <w:gridCol w:w="1471"/>
      </w:tblGrid>
      <w:tr w:rsidR="00145FAA" w14:paraId="537611BD" w14:textId="77777777" w:rsidTr="00145FAA">
        <w:trPr>
          <w:cantSplit/>
          <w:trHeight w:val="446"/>
        </w:trPr>
        <w:tc>
          <w:tcPr>
            <w:tcW w:w="7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BE21BE4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lastRenderedPageBreak/>
              <w:t>5. Curriculum Management System (CMS)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2C54FCE1" w14:textId="77777777" w:rsidR="00145FAA" w:rsidRDefault="00D52069" w:rsidP="0015083E">
            <w:pPr>
              <w:keepNext/>
              <w:keepLines/>
              <w:spacing w:line="190" w:lineRule="auto"/>
              <w:ind w:left="177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5_add_update"/>
                <w:id w:val="5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cs="Arial" w:hint="eastAsia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5_remove"/>
                <w:id w:val="5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0679EF88" w14:textId="77777777" w:rsidTr="00145FAA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999999"/>
            <w:insideV w:val="single" w:sz="4" w:space="0" w:color="999999"/>
          </w:tblBorders>
        </w:tblPrEx>
        <w:trPr>
          <w:cantSplit/>
          <w:trHeight w:val="605"/>
        </w:trPr>
        <w:tc>
          <w:tcPr>
            <w:tcW w:w="2290" w:type="dxa"/>
            <w:tcBorders>
              <w:top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935CDE" w14:textId="77777777" w:rsidR="00145FAA" w:rsidRDefault="00145FAA">
            <w:r>
              <w:rPr>
                <w:rFonts w:eastAsia="Arial"/>
                <w:b/>
                <w:sz w:val="17"/>
              </w:rPr>
              <w:t>User Group</w:t>
            </w:r>
            <w:r>
              <w:rPr>
                <w:rFonts w:eastAsia="Arial"/>
                <w:b/>
                <w:sz w:val="17"/>
              </w:rPr>
              <w:br/>
            </w:r>
            <w:r>
              <w:rPr>
                <w:rFonts w:eastAsia="Arial"/>
                <w:i/>
                <w:color w:val="646464"/>
                <w:sz w:val="17"/>
              </w:rPr>
              <w:t>Select the team or role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</w:tcBorders>
            <w:vAlign w:val="center"/>
          </w:tcPr>
          <w:p w14:paraId="775EAF59" w14:textId="2C31204D" w:rsidR="00145FAA" w:rsidRPr="00BA6627" w:rsidRDefault="00D52069">
            <w:pPr>
              <w:rPr>
                <w:sz w:val="17"/>
                <w:szCs w:val="17"/>
              </w:rPr>
            </w:pP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Convenor/Lecturer"/>
                <w:tag w:val="cms_user_group_1"/>
                <w:id w:val="46779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Convenor/Lecturer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School Admin"/>
                <w:tag w:val="cms_user_group_2"/>
                <w:id w:val="197486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School Admin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Curriculum Architecture Team"/>
                <w:tag w:val="cms_user_group_3"/>
                <w:id w:val="-71651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> Curriculum Architecture Team (CAT)</w:t>
            </w:r>
            <w:r w:rsidR="00145FAA" w:rsidRPr="00BA6627">
              <w:rPr>
                <w:rFonts w:eastAsia="Arial"/>
                <w:sz w:val="17"/>
                <w:szCs w:val="17"/>
              </w:rPr>
              <w:br/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Central Academic Compliance team"/>
                <w:tag w:val="cms_user_group_4"/>
                <w:id w:val="-135672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Central Academic Compliance </w:t>
            </w:r>
            <w:r w:rsidR="005C2934">
              <w:rPr>
                <w:rFonts w:eastAsia="Arial"/>
                <w:sz w:val="17"/>
                <w:szCs w:val="17"/>
              </w:rPr>
              <w:t>T</w:t>
            </w:r>
            <w:r w:rsidR="00145FAA" w:rsidRPr="00BA6627">
              <w:rPr>
                <w:rFonts w:eastAsia="Arial"/>
                <w:sz w:val="17"/>
                <w:szCs w:val="17"/>
              </w:rPr>
              <w:t>eam</w:t>
            </w:r>
            <w:r w:rsidR="00145FAA" w:rsidRPr="00BA6627">
              <w:rPr>
                <w:rFonts w:eastAsia="Arial"/>
                <w:sz w:val="17"/>
                <w:szCs w:val="17"/>
              </w:rPr>
              <w:br/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Other user group"/>
                <w:tag w:val="cms_user_group_5"/>
                <w:id w:val="-83391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Other: </w:t>
            </w:r>
            <w:sdt>
              <w:sdtPr>
                <w:rPr>
                  <w:rFonts w:eastAsia="Arial"/>
                  <w:sz w:val="17"/>
                  <w:szCs w:val="17"/>
                </w:rPr>
                <w:alias w:val="Enter other user group"/>
                <w:tag w:val="OtherUserGroup_4"/>
                <w:id w:val="-668788478"/>
                <w:placeholder>
                  <w:docPart w:val="86FBB53FE3D547D2A6A3114999D24E83"/>
                </w:placeholder>
                <w:showingPlcHdr/>
                <w:text/>
              </w:sdtPr>
              <w:sdtEndPr/>
              <w:sdtContent>
                <w:r w:rsidR="00145FAA" w:rsidRPr="00BA6627">
                  <w:rPr>
                    <w:rStyle w:val="PlaceholderText"/>
                    <w:sz w:val="17"/>
                    <w:szCs w:val="17"/>
                  </w:rPr>
                  <w:t xml:space="preserve">Enter </w:t>
                </w:r>
                <w:proofErr w:type="gramStart"/>
                <w:r w:rsidR="00145FAA" w:rsidRPr="00BA6627">
                  <w:rPr>
                    <w:rStyle w:val="PlaceholderText"/>
                    <w:sz w:val="17"/>
                    <w:szCs w:val="17"/>
                  </w:rPr>
                  <w:t>other</w:t>
                </w:r>
                <w:proofErr w:type="gramEnd"/>
                <w:r w:rsidR="00145FAA" w:rsidRPr="00BA6627">
                  <w:rPr>
                    <w:rStyle w:val="PlaceholderText"/>
                    <w:sz w:val="17"/>
                    <w:szCs w:val="17"/>
                  </w:rPr>
                  <w:t xml:space="preserve"> user group</w:t>
                </w:r>
              </w:sdtContent>
            </w:sdt>
          </w:p>
        </w:tc>
      </w:tr>
      <w:tr w:rsidR="00145FAA" w14:paraId="130C4D64" w14:textId="77777777" w:rsidTr="00562622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999999"/>
            <w:insideV w:val="single" w:sz="4" w:space="0" w:color="999999"/>
          </w:tblBorders>
        </w:tblPrEx>
        <w:trPr>
          <w:cantSplit/>
          <w:trHeight w:val="605"/>
        </w:trPr>
        <w:tc>
          <w:tcPr>
            <w:tcW w:w="22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E6F42C" w14:textId="77777777" w:rsidR="00145FAA" w:rsidRDefault="00145FAA">
            <w:r>
              <w:rPr>
                <w:rFonts w:eastAsia="Arial"/>
                <w:b/>
                <w:sz w:val="17"/>
              </w:rPr>
              <w:t>Access Level</w:t>
            </w:r>
            <w:r>
              <w:rPr>
                <w:rFonts w:eastAsia="Arial"/>
                <w:b/>
                <w:sz w:val="17"/>
              </w:rPr>
              <w:br/>
            </w:r>
            <w:r>
              <w:rPr>
                <w:rFonts w:eastAsia="Arial"/>
                <w:i/>
                <w:color w:val="646464"/>
                <w:sz w:val="17"/>
              </w:rPr>
              <w:t>Select the</w:t>
            </w:r>
            <w:r>
              <w:rPr>
                <w:rFonts w:eastAsia="Arial"/>
                <w:i/>
                <w:color w:val="646464"/>
                <w:sz w:val="17"/>
              </w:rPr>
              <w:br/>
              <w:t>permissions required to</w:t>
            </w:r>
            <w:r>
              <w:rPr>
                <w:rFonts w:eastAsia="Arial"/>
                <w:i/>
                <w:color w:val="646464"/>
                <w:sz w:val="17"/>
              </w:rPr>
              <w:br/>
              <w:t>perform your duties</w:t>
            </w:r>
          </w:p>
        </w:tc>
        <w:tc>
          <w:tcPr>
            <w:tcW w:w="8039" w:type="dxa"/>
            <w:gridSpan w:val="6"/>
            <w:vAlign w:val="center"/>
          </w:tcPr>
          <w:p w14:paraId="4D320590" w14:textId="77777777" w:rsidR="00145FAA" w:rsidRPr="00BA6627" w:rsidRDefault="00D52069">
            <w:pPr>
              <w:rPr>
                <w:sz w:val="17"/>
                <w:szCs w:val="17"/>
              </w:rPr>
            </w:pP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Reviewer"/>
                <w:tag w:val="cms_access_1"/>
                <w:id w:val="-167834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Reviewer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Designer"/>
                <w:tag w:val="cms_access_2"/>
                <w:id w:val="-2022542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Designer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College Admin"/>
                <w:tag w:val="cms_access_3"/>
                <w:id w:val="1290016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College Admin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School Admin"/>
                <w:tag w:val="cms_access_4"/>
                <w:id w:val="-71342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> School Admin</w:t>
            </w:r>
            <w:r w:rsidR="00145FAA" w:rsidRPr="00BA6627">
              <w:rPr>
                <w:rFonts w:eastAsia="Arial"/>
                <w:sz w:val="17"/>
                <w:szCs w:val="17"/>
              </w:rPr>
              <w:br/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Central Admin"/>
                <w:tag w:val="cms_access_5"/>
                <w:id w:val="156089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Central Admin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Approver"/>
                <w:tag w:val="cms_access_6"/>
                <w:id w:val="195058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Approver    </w:t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Publisher"/>
                <w:tag w:val="cms_access_7"/>
                <w:id w:val="84451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> Publisher</w:t>
            </w:r>
            <w:r w:rsidR="00145FAA" w:rsidRPr="00BA6627">
              <w:rPr>
                <w:rFonts w:eastAsia="Arial"/>
                <w:sz w:val="17"/>
                <w:szCs w:val="17"/>
              </w:rPr>
              <w:br/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Course Publisher"/>
                <w:tag w:val="cms_access_8"/>
                <w:id w:val="34128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> Course Publisher</w:t>
            </w:r>
            <w:r w:rsidR="00145FAA" w:rsidRPr="00BA6627">
              <w:rPr>
                <w:rFonts w:eastAsia="Arial"/>
                <w:sz w:val="17"/>
                <w:szCs w:val="17"/>
              </w:rPr>
              <w:br/>
            </w:r>
            <w:sdt>
              <w:sdtPr>
                <w:rPr>
                  <w:rFonts w:eastAsia="Arial"/>
                  <w:sz w:val="17"/>
                  <w:szCs w:val="17"/>
                </w:rPr>
                <w:alias w:val="Curriculum Management System — Other access level"/>
                <w:tag w:val="cms_access_9"/>
                <w:id w:val="29465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 w:rsidRPr="00BA662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145FAA" w:rsidRPr="00BA6627">
              <w:rPr>
                <w:rFonts w:eastAsia="Arial"/>
                <w:sz w:val="17"/>
                <w:szCs w:val="17"/>
              </w:rPr>
              <w:t xml:space="preserve"> Other: </w:t>
            </w:r>
            <w:sdt>
              <w:sdtPr>
                <w:rPr>
                  <w:rFonts w:eastAsia="Arial"/>
                  <w:sz w:val="17"/>
                  <w:szCs w:val="17"/>
                </w:rPr>
                <w:alias w:val="Enter other required access"/>
                <w:tag w:val="OtherRequiredAccess"/>
                <w:id w:val="895089402"/>
                <w:placeholder>
                  <w:docPart w:val="2BC569502BBC4FF7BDC95E9B3B7E404F"/>
                </w:placeholder>
                <w:showingPlcHdr/>
                <w:text/>
              </w:sdtPr>
              <w:sdtEndPr/>
              <w:sdtContent>
                <w:r w:rsidR="00145FAA" w:rsidRPr="00BA6627">
                  <w:rPr>
                    <w:rStyle w:val="PlaceholderText"/>
                    <w:sz w:val="17"/>
                    <w:szCs w:val="17"/>
                  </w:rPr>
                  <w:t>Enter other required access</w:t>
                </w:r>
              </w:sdtContent>
            </w:sdt>
          </w:p>
        </w:tc>
      </w:tr>
      <w:tr w:rsidR="00145FAA" w14:paraId="1A8975E4" w14:textId="77777777" w:rsidTr="00562622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999999"/>
            <w:insideV w:val="single" w:sz="4" w:space="0" w:color="999999"/>
          </w:tblBorders>
        </w:tblPrEx>
        <w:trPr>
          <w:cantSplit/>
          <w:trHeight w:val="605"/>
        </w:trPr>
        <w:tc>
          <w:tcPr>
            <w:tcW w:w="22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01B444" w14:textId="77777777" w:rsidR="00145FAA" w:rsidRDefault="00145FAA">
            <w:r>
              <w:rPr>
                <w:rFonts w:eastAsia="Arial"/>
                <w:b/>
                <w:sz w:val="17"/>
              </w:rPr>
              <w:t>Additional information or requirements</w:t>
            </w:r>
          </w:p>
        </w:tc>
        <w:sdt>
          <w:sdtPr>
            <w:alias w:val="Additional information or requirements"/>
            <w:tag w:val="CMSAdditionalInformation"/>
            <w:id w:val="-735312998"/>
            <w:placeholder>
              <w:docPart w:val="F82B8EA4697245B8B862C405910A1FC3"/>
            </w:placeholder>
            <w:showingPlcHdr/>
            <w:text/>
          </w:sdtPr>
          <w:sdtEndPr/>
          <w:sdtContent>
            <w:tc>
              <w:tcPr>
                <w:tcW w:w="8039" w:type="dxa"/>
                <w:gridSpan w:val="6"/>
                <w:tcMar>
                  <w:top w:w="55" w:type="dxa"/>
                  <w:left w:w="70" w:type="dxa"/>
                  <w:bottom w:w="55" w:type="dxa"/>
                  <w:right w:w="70" w:type="dxa"/>
                </w:tcMar>
                <w:vAlign w:val="center"/>
              </w:tcPr>
              <w:p w14:paraId="0E6D84B9" w14:textId="77777777" w:rsidR="00145FAA" w:rsidRDefault="00145FAA">
                <w:r w:rsidRPr="00AA032D">
                  <w:rPr>
                    <w:rStyle w:val="PlaceholderText"/>
                  </w:rPr>
                  <w:t>Enter any additional scope, business justification for access request or relevant notes. Please provide details of your required activities or functions in CMS. If existing roles/access need to be removed, please specify them here.</w:t>
                </w:r>
              </w:p>
            </w:tc>
          </w:sdtContent>
        </w:sdt>
      </w:tr>
      <w:tr w:rsidR="00145FAA" w14:paraId="3990BBFF" w14:textId="77777777" w:rsidTr="00562622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999999"/>
            <w:insideV w:val="single" w:sz="4" w:space="0" w:color="999999"/>
          </w:tblBorders>
        </w:tblPrEx>
        <w:trPr>
          <w:cantSplit/>
          <w:trHeight w:val="461"/>
        </w:trPr>
        <w:tc>
          <w:tcPr>
            <w:tcW w:w="10329" w:type="dxa"/>
            <w:gridSpan w:val="7"/>
            <w:vAlign w:val="center"/>
          </w:tcPr>
          <w:p w14:paraId="267C66A6" w14:textId="77777777" w:rsidR="00145FAA" w:rsidRDefault="00145FAA">
            <w:pPr>
              <w:rPr>
                <w:rFonts w:eastAsia="Arial" w:cs="Arial"/>
                <w:b/>
                <w:color w:val="000000"/>
                <w:sz w:val="17"/>
              </w:rPr>
            </w:pPr>
            <w:r>
              <w:rPr>
                <w:rFonts w:eastAsia="Arial" w:cs="Arial"/>
                <w:b/>
                <w:color w:val="000000"/>
                <w:sz w:val="17"/>
              </w:rPr>
              <w:t>Endorsement Requirements:</w:t>
            </w:r>
          </w:p>
          <w:p w14:paraId="0D7AB856" w14:textId="77777777" w:rsidR="00145FAA" w:rsidRPr="00562622" w:rsidRDefault="00145FAA" w:rsidP="00562622">
            <w:pPr>
              <w:rPr>
                <w:rFonts w:eastAsia="Arial" w:cs="Arial"/>
                <w:b/>
                <w:color w:val="000000"/>
                <w:sz w:val="17"/>
                <w:lang w:val="en-AU"/>
              </w:rPr>
            </w:pPr>
            <w:r>
              <w:rPr>
                <w:rFonts w:eastAsia="Arial" w:cs="Arial"/>
                <w:color w:val="000000"/>
                <w:sz w:val="17"/>
              </w:rPr>
              <w:t>Access for school administrative staff</w:t>
            </w:r>
            <w:r w:rsidRPr="00F60D44">
              <w:rPr>
                <w:rFonts w:eastAsia="Arial" w:cs="Arial"/>
                <w:color w:val="000000"/>
                <w:sz w:val="17"/>
              </w:rPr>
              <w:t xml:space="preserve"> must be endorsed by the Curriculum Architecture Manager </w:t>
            </w:r>
            <w:r w:rsidRPr="00562622">
              <w:rPr>
                <w:rFonts w:eastAsia="Arial" w:cs="Arial"/>
                <w:b/>
                <w:color w:val="000000"/>
                <w:sz w:val="17"/>
              </w:rPr>
              <w:t>(</w:t>
            </w:r>
            <w:hyperlink r:id="rId10" w:tgtFrame="_blank" w:history="1">
              <w:r w:rsidRPr="00562622">
                <w:rPr>
                  <w:rStyle w:val="Hyperlink"/>
                  <w:rFonts w:eastAsia="Arial" w:cs="Arial"/>
                  <w:b/>
                  <w:i/>
                  <w:iCs/>
                  <w:sz w:val="17"/>
                </w:rPr>
                <w:t>manager.cat@anu.edu.au</w:t>
              </w:r>
            </w:hyperlink>
            <w:r w:rsidRPr="00562622">
              <w:rPr>
                <w:rFonts w:eastAsia="Arial" w:cs="Arial"/>
                <w:b/>
                <w:i/>
                <w:iCs/>
                <w:color w:val="646464"/>
                <w:sz w:val="17"/>
              </w:rPr>
              <w:t>)</w:t>
            </w:r>
            <w:r>
              <w:rPr>
                <w:rFonts w:eastAsia="Arial" w:cs="Arial"/>
                <w:b/>
                <w:i/>
                <w:iCs/>
                <w:color w:val="646464"/>
                <w:sz w:val="17"/>
              </w:rPr>
              <w:t>.</w:t>
            </w:r>
            <w:r w:rsidRPr="00562622">
              <w:rPr>
                <w:rFonts w:eastAsia="Arial" w:cs="Arial"/>
                <w:b/>
                <w:color w:val="000000"/>
                <w:sz w:val="17"/>
                <w:lang w:val="en-AU"/>
              </w:rPr>
              <w:t> </w:t>
            </w:r>
          </w:p>
          <w:p w14:paraId="37FE8067" w14:textId="77777777" w:rsidR="00145FAA" w:rsidRPr="00E37A8F" w:rsidRDefault="00145FAA">
            <w:pPr>
              <w:rPr>
                <w:rFonts w:eastAsia="Arial" w:cs="Arial"/>
                <w:b/>
                <w:color w:val="000000"/>
                <w:sz w:val="17"/>
                <w:lang w:val="en-AU"/>
              </w:rPr>
            </w:pPr>
            <w:r w:rsidRPr="00F60D44">
              <w:rPr>
                <w:rFonts w:eastAsia="Arial" w:cs="Arial"/>
                <w:color w:val="000000"/>
                <w:sz w:val="17"/>
              </w:rPr>
              <w:t>Endorsements and comments may also be emailed to</w:t>
            </w:r>
            <w:r w:rsidRPr="00562622">
              <w:rPr>
                <w:rFonts w:eastAsia="Arial" w:cs="Arial"/>
                <w:b/>
                <w:bCs/>
                <w:color w:val="000000"/>
                <w:sz w:val="17"/>
              </w:rPr>
              <w:t xml:space="preserve"> </w:t>
            </w:r>
            <w:hyperlink r:id="rId11" w:tgtFrame="_blank" w:history="1">
              <w:r w:rsidRPr="00562622">
                <w:rPr>
                  <w:rStyle w:val="Hyperlink"/>
                  <w:rFonts w:eastAsia="Arial" w:cs="Arial"/>
                  <w:b/>
                  <w:i/>
                  <w:iCs/>
                  <w:sz w:val="17"/>
                </w:rPr>
                <w:t>sbs.help@anu.edu.au</w:t>
              </w:r>
            </w:hyperlink>
            <w:r w:rsidRPr="00562622">
              <w:rPr>
                <w:rFonts w:eastAsia="Arial" w:cs="Arial"/>
                <w:b/>
                <w:i/>
                <w:iCs/>
                <w:color w:val="646464"/>
                <w:sz w:val="17"/>
              </w:rPr>
              <w:t>.</w:t>
            </w:r>
          </w:p>
        </w:tc>
      </w:tr>
      <w:tr w:rsidR="00145FAA" w14:paraId="113460B0" w14:textId="77777777" w:rsidTr="00562622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999999"/>
            <w:insideV w:val="single" w:sz="4" w:space="0" w:color="999999"/>
          </w:tblBorders>
        </w:tblPrEx>
        <w:trPr>
          <w:cantSplit/>
          <w:trHeight w:val="490"/>
        </w:trPr>
        <w:tc>
          <w:tcPr>
            <w:tcW w:w="22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88F18B" w14:textId="77777777" w:rsidR="00145FAA" w:rsidRDefault="00145FAA">
            <w:r>
              <w:rPr>
                <w:rFonts w:eastAsia="Arial"/>
                <w:b/>
                <w:sz w:val="17"/>
              </w:rPr>
              <w:t>Endorser</w:t>
            </w:r>
          </w:p>
        </w:tc>
        <w:tc>
          <w:tcPr>
            <w:tcW w:w="242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A7150D" w14:textId="77777777" w:rsidR="00145FAA" w:rsidRDefault="00D52069">
            <w:sdt>
              <w:sdtPr>
                <w:alias w:val="CMS Endorser Name"/>
                <w:tag w:val="cms_endorser_name"/>
                <w:id w:val="3048"/>
                <w:placeholder>
                  <w:docPart w:val="8DAC9867442A498B8B870687C767DEB9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6"/>
                    <w:szCs w:val="16"/>
                  </w:rPr>
                  <w:t>Enter endorser name</w:t>
                </w:r>
              </w:sdtContent>
            </w:sdt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DF4600" w14:textId="77777777" w:rsidR="00145FAA" w:rsidRDefault="00145FAA">
            <w:r>
              <w:rPr>
                <w:rFonts w:eastAsia="Arial"/>
                <w:b/>
                <w:sz w:val="17"/>
              </w:rPr>
              <w:t>University ID</w:t>
            </w:r>
          </w:p>
        </w:tc>
        <w:tc>
          <w:tcPr>
            <w:tcW w:w="2090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8D4EC5" w14:textId="77777777" w:rsidR="00145FAA" w:rsidRDefault="00D52069">
            <w:sdt>
              <w:sdtPr>
                <w:alias w:val="CMS Endorser University ID"/>
                <w:tag w:val="cms_endorser_uid"/>
                <w:id w:val="3049"/>
                <w:placeholder>
                  <w:docPart w:val="16404F11D6024E31B9818E226BD1FCD6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6"/>
                    <w:szCs w:val="16"/>
                  </w:rPr>
                  <w:t>Enter University ID</w:t>
                </w:r>
              </w:sdtContent>
            </w:sdt>
          </w:p>
        </w:tc>
        <w:tc>
          <w:tcPr>
            <w:tcW w:w="9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13B8C6" w14:textId="77777777" w:rsidR="00145FAA" w:rsidRDefault="00145FAA">
            <w:r>
              <w:rPr>
                <w:rFonts w:eastAsia="Arial" w:cs="Arial"/>
                <w:b/>
                <w:sz w:val="17"/>
              </w:rPr>
              <w:t>Date</w:t>
            </w:r>
          </w:p>
        </w:tc>
        <w:tc>
          <w:tcPr>
            <w:tcW w:w="1471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BA482A3" w14:textId="77777777" w:rsidR="00145FAA" w:rsidRDefault="00D52069">
            <w:sdt>
              <w:sdtPr>
                <w:alias w:val="CMS Endorsement Date"/>
                <w:tag w:val="cms_endorser_date"/>
                <w:id w:val="3050"/>
                <w:placeholder>
                  <w:docPart w:val="6CD552886EF348FCA1DD310D39042BDF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6"/>
                    <w:szCs w:val="16"/>
                  </w:rPr>
                  <w:t>DD/MM/YYYY</w:t>
                </w:r>
              </w:sdtContent>
            </w:sdt>
          </w:p>
        </w:tc>
      </w:tr>
      <w:tr w:rsidR="00145FAA" w14:paraId="72B0CF61" w14:textId="77777777" w:rsidTr="00562622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999999"/>
            <w:insideV w:val="single" w:sz="4" w:space="0" w:color="999999"/>
          </w:tblBorders>
        </w:tblPrEx>
        <w:trPr>
          <w:cantSplit/>
          <w:trHeight w:val="547"/>
        </w:trPr>
        <w:tc>
          <w:tcPr>
            <w:tcW w:w="22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6DFFA1" w14:textId="77777777" w:rsidR="00145FAA" w:rsidRDefault="00145FAA">
            <w:r>
              <w:rPr>
                <w:rFonts w:eastAsia="Arial"/>
                <w:b/>
                <w:sz w:val="17"/>
              </w:rPr>
              <w:t>Signature</w:t>
            </w:r>
          </w:p>
        </w:tc>
        <w:tc>
          <w:tcPr>
            <w:tcW w:w="242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F4861A" w14:textId="77777777" w:rsidR="00145FAA" w:rsidRDefault="00D52069">
            <w:sdt>
              <w:sdtPr>
                <w:alias w:val="CMS Endorser Signature"/>
                <w:tag w:val="cms_endorser_signature"/>
                <w:id w:val="3051"/>
                <w:placeholder>
                  <w:docPart w:val="FEE5EDA1957A48EF9F2C46E18AC346EA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6"/>
                    <w:szCs w:val="16"/>
                  </w:rPr>
                  <w:t>Type name or insert signature</w:t>
                </w:r>
              </w:sdtContent>
            </w:sdt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C95948" w14:textId="77777777" w:rsidR="00145FAA" w:rsidRDefault="00145FAA">
            <w:r>
              <w:rPr>
                <w:rFonts w:eastAsia="Arial"/>
                <w:b/>
                <w:sz w:val="17"/>
              </w:rPr>
              <w:t>Endorser Comments</w:t>
            </w:r>
          </w:p>
        </w:tc>
        <w:tc>
          <w:tcPr>
            <w:tcW w:w="4461" w:type="dxa"/>
            <w:gridSpan w:val="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72DDB9" w14:textId="77777777" w:rsidR="00145FAA" w:rsidRDefault="00D52069">
            <w:sdt>
              <w:sdtPr>
                <w:alias w:val="CMS Endorser Comments"/>
                <w:tag w:val="cms_endorser_comments"/>
                <w:id w:val="3052"/>
                <w:placeholder>
                  <w:docPart w:val="581C6CED84234BE7A2BAAC737E3EFE9A"/>
                </w:placeholder>
                <w:showingPlcHdr/>
                <w:text w:multiLine="1"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6"/>
                    <w:szCs w:val="16"/>
                  </w:rPr>
                  <w:t>Enter endorsement comments</w:t>
                </w:r>
              </w:sdtContent>
            </w:sdt>
          </w:p>
        </w:tc>
      </w:tr>
    </w:tbl>
    <w:p w14:paraId="0410BFE4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240"/>
        <w:gridCol w:w="4954"/>
        <w:gridCol w:w="3130"/>
      </w:tblGrid>
      <w:tr w:rsidR="00145FAA" w14:paraId="20D90507" w14:textId="77777777" w:rsidTr="00145FAA">
        <w:trPr>
          <w:cantSplit/>
          <w:trHeight w:val="446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19E46DA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 xml:space="preserve">6. </w:t>
            </w:r>
            <w:proofErr w:type="spellStart"/>
            <w:r w:rsidRPr="000355AD">
              <w:rPr>
                <w:rFonts w:ascii="Arial" w:hAnsi="Arial" w:cs="Arial"/>
                <w:color w:val="FFFFFF"/>
                <w:sz w:val="24"/>
              </w:rPr>
              <w:t>Stellic</w:t>
            </w:r>
            <w:proofErr w:type="spellEnd"/>
            <w:r w:rsidRPr="000355AD">
              <w:rPr>
                <w:rFonts w:ascii="Arial" w:hAnsi="Arial" w:cs="Arial"/>
                <w:color w:val="FFFFFF"/>
                <w:sz w:val="24"/>
              </w:rPr>
              <w:t xml:space="preserve"> Track My Program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0010D571" w14:textId="77777777" w:rsidR="00145FAA" w:rsidRDefault="00D52069">
            <w:pPr>
              <w:keepNext/>
              <w:keepLines/>
              <w:spacing w:line="190" w:lineRule="auto"/>
              <w:ind w:left="177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6_add_update"/>
                <w:id w:val="5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6_remove"/>
                <w:id w:val="5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057231C2" w14:textId="77777777" w:rsidTr="00145FAA">
        <w:trPr>
          <w:cantSplit/>
          <w:trHeight w:val="490"/>
        </w:trPr>
        <w:tc>
          <w:tcPr>
            <w:tcW w:w="2240" w:type="dxa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50" w:type="dxa"/>
              <w:left w:w="85" w:type="dxa"/>
              <w:bottom w:w="45" w:type="dxa"/>
              <w:right w:w="70" w:type="dxa"/>
            </w:tcMar>
            <w:vAlign w:val="center"/>
          </w:tcPr>
          <w:p w14:paraId="40A2A121" w14:textId="77777777" w:rsidR="00145FAA" w:rsidRDefault="00145FAA" w:rsidP="00075797">
            <w:r>
              <w:rPr>
                <w:rFonts w:eastAsia="Arial"/>
                <w:b/>
                <w:sz w:val="17"/>
              </w:rPr>
              <w:t>Access Level</w:t>
            </w:r>
            <w:r>
              <w:rPr>
                <w:rFonts w:eastAsia="Arial"/>
                <w:b/>
                <w:i/>
                <w:color w:val="646464"/>
                <w:sz w:val="17"/>
              </w:rPr>
              <w:br/>
              <w:t>Select all that apply</w:t>
            </w:r>
          </w:p>
        </w:tc>
        <w:tc>
          <w:tcPr>
            <w:tcW w:w="8084" w:type="dxa"/>
            <w:gridSpan w:val="2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A0C5052" w14:textId="77777777" w:rsidR="00145FAA" w:rsidRDefault="00D52069"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stellic_access Adviser"/>
                <w:tag w:val="stellic_access_adviser"/>
                <w:id w:val="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Adviser   </w:t>
            </w:r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stellic_access Admin"/>
                <w:tag w:val="stellic_access_admin"/>
                <w:id w:val="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Admin</w:t>
            </w:r>
          </w:p>
        </w:tc>
      </w:tr>
      <w:tr w:rsidR="00145FAA" w14:paraId="70FD30AC" w14:textId="77777777" w:rsidTr="00BA6627">
        <w:trPr>
          <w:cantSplit/>
          <w:trHeight w:val="605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8EB9C66" w14:textId="77777777" w:rsidR="00145FAA" w:rsidRPr="00317E8F" w:rsidRDefault="00145FAA" w:rsidP="00075797">
            <w:pPr>
              <w:rPr>
                <w:szCs w:val="18"/>
              </w:rPr>
            </w:pPr>
            <w:r w:rsidRPr="00317E8F">
              <w:rPr>
                <w:rFonts w:eastAsia="Arial"/>
                <w:b/>
                <w:color w:val="111111"/>
                <w:sz w:val="17"/>
                <w:szCs w:val="18"/>
              </w:rPr>
              <w:t>Additional information or requirements</w:t>
            </w:r>
          </w:p>
        </w:tc>
        <w:tc>
          <w:tcPr>
            <w:tcW w:w="8084" w:type="dxa"/>
            <w:gridSpan w:val="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DB9C04" w14:textId="77777777" w:rsidR="00145FAA" w:rsidRDefault="00D52069">
            <w:sdt>
              <w:sdtPr>
                <w:alias w:val="Stellic additional information"/>
                <w:tag w:val="stellic_additional_info"/>
                <w:id w:val="3056"/>
                <w:placeholder>
                  <w:docPart w:val="C0F030DB4DB14035BC0DD3E407784012"/>
                </w:placeholder>
                <w:showingPlcHdr/>
                <w:text w:multiLine="1"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any additional scope, business justification for access request or relevant notes. Please provide details of your required activities or functions in Stellic Track My Program. If existing roles/access need to be removed, please specify them here.</w:t>
                </w:r>
              </w:sdtContent>
            </w:sdt>
          </w:p>
        </w:tc>
      </w:tr>
    </w:tbl>
    <w:p w14:paraId="3C4133EA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240"/>
        <w:gridCol w:w="4954"/>
        <w:gridCol w:w="3130"/>
      </w:tblGrid>
      <w:tr w:rsidR="00145FAA" w14:paraId="2BC20951" w14:textId="77777777" w:rsidTr="00145FAA">
        <w:trPr>
          <w:cantSplit/>
          <w:trHeight w:val="446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C71748C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>7. Programs and Courses Admin Portal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1790DEDA" w14:textId="77777777" w:rsidR="00145FAA" w:rsidRDefault="00D52069">
            <w:pPr>
              <w:keepNext/>
              <w:keepLines/>
              <w:spacing w:line="190" w:lineRule="auto"/>
              <w:ind w:left="177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7_add_update"/>
                <w:id w:val="5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7_remove"/>
                <w:id w:val="5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cs="Arial" w:hint="eastAsia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7ADD1F87" w14:textId="77777777" w:rsidTr="00145FAA">
        <w:trPr>
          <w:cantSplit/>
          <w:trHeight w:val="490"/>
        </w:trPr>
        <w:tc>
          <w:tcPr>
            <w:tcW w:w="2240" w:type="dxa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50" w:type="dxa"/>
              <w:left w:w="85" w:type="dxa"/>
              <w:bottom w:w="45" w:type="dxa"/>
              <w:right w:w="70" w:type="dxa"/>
            </w:tcMar>
            <w:vAlign w:val="center"/>
          </w:tcPr>
          <w:p w14:paraId="4DEC4423" w14:textId="77777777" w:rsidR="00145FAA" w:rsidRDefault="00145FAA" w:rsidP="0020294D">
            <w:r>
              <w:rPr>
                <w:rFonts w:eastAsia="Arial"/>
                <w:b/>
                <w:sz w:val="17"/>
              </w:rPr>
              <w:t>Access Level</w:t>
            </w:r>
            <w:r>
              <w:rPr>
                <w:rFonts w:eastAsia="Arial"/>
                <w:b/>
                <w:i/>
                <w:color w:val="646464"/>
                <w:sz w:val="17"/>
              </w:rPr>
              <w:br/>
              <w:t>Select all that apply</w:t>
            </w:r>
          </w:p>
        </w:tc>
        <w:tc>
          <w:tcPr>
            <w:tcW w:w="8084" w:type="dxa"/>
            <w:gridSpan w:val="2"/>
            <w:tcBorders>
              <w:top w:val="single" w:sz="4" w:space="0" w:color="auto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BFED923" w14:textId="3DB092A8" w:rsidR="00145FAA" w:rsidRDefault="00D52069"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pc_access Programs and Courses (Edit)"/>
                <w:tag w:val="pc_access_edit"/>
                <w:id w:val="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Programs and Courses (</w:t>
            </w:r>
            <w:proofErr w:type="gramStart"/>
            <w:r w:rsidR="000F4137">
              <w:rPr>
                <w:rFonts w:eastAsia="Arial" w:cs="Arial"/>
                <w:color w:val="000000"/>
                <w:sz w:val="17"/>
              </w:rPr>
              <w:t xml:space="preserve">Edit)   </w:t>
            </w:r>
            <w:proofErr w:type="gramEnd"/>
            <w:r w:rsidR="000F4137">
              <w:rPr>
                <w:rFonts w:eastAsia="Arial" w:cs="Arial"/>
                <w:color w:val="000000"/>
                <w:sz w:val="17"/>
              </w:rPr>
              <w:t xml:space="preserve">       </w:t>
            </w:r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pc_access Programs and Courses (Publish)"/>
                <w:tag w:val="pc_access_publish"/>
                <w:id w:val="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Programs and Courses (Publish)</w:t>
            </w:r>
          </w:p>
        </w:tc>
      </w:tr>
      <w:tr w:rsidR="00145FAA" w14:paraId="3E837A45" w14:textId="77777777" w:rsidTr="00BA6627">
        <w:trPr>
          <w:cantSplit/>
          <w:trHeight w:val="605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0F7C27" w14:textId="77777777" w:rsidR="00145FAA" w:rsidRPr="00317E8F" w:rsidRDefault="00145FAA">
            <w:pPr>
              <w:rPr>
                <w:szCs w:val="18"/>
              </w:rPr>
            </w:pPr>
            <w:r w:rsidRPr="00317E8F">
              <w:rPr>
                <w:rFonts w:eastAsia="Arial"/>
                <w:b/>
                <w:color w:val="111111"/>
                <w:sz w:val="17"/>
                <w:szCs w:val="18"/>
              </w:rPr>
              <w:t>Additional information or requirements</w:t>
            </w:r>
          </w:p>
        </w:tc>
        <w:tc>
          <w:tcPr>
            <w:tcW w:w="8084" w:type="dxa"/>
            <w:gridSpan w:val="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D1A8C41" w14:textId="77777777" w:rsidR="00145FAA" w:rsidRDefault="00D52069">
            <w:sdt>
              <w:sdtPr>
                <w:alias w:val="Programs and Courses additional information"/>
                <w:tag w:val="pc_additional_info"/>
                <w:id w:val="3060"/>
                <w:placeholder>
                  <w:docPart w:val="ADCACFE041FB4DAD89F3CA683752F68C"/>
                </w:placeholder>
                <w:showingPlcHdr/>
                <w:text w:multiLine="1"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any additional scope, business justification for access request or relevant notes. Please provide details of your required activities or functions in Programs and Courses (P&amp;C). If existing roles/access need to be removed, please specify them here.</w:t>
                </w:r>
              </w:sdtContent>
            </w:sdt>
          </w:p>
        </w:tc>
      </w:tr>
    </w:tbl>
    <w:p w14:paraId="54F68F0B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240"/>
        <w:gridCol w:w="2900"/>
        <w:gridCol w:w="2232"/>
        <w:gridCol w:w="2952"/>
      </w:tblGrid>
      <w:tr w:rsidR="00145FAA" w14:paraId="70C5CAFA" w14:textId="77777777" w:rsidTr="00C967AA">
        <w:trPr>
          <w:cantSplit/>
          <w:trHeight w:val="446"/>
        </w:trPr>
        <w:tc>
          <w:tcPr>
            <w:tcW w:w="7372" w:type="dxa"/>
            <w:gridSpan w:val="3"/>
            <w:tcBorders>
              <w:top w:val="single" w:sz="8" w:space="0" w:color="5D5D5D"/>
              <w:left w:val="single" w:sz="8" w:space="0" w:color="5D5D5D"/>
              <w:bottom w:val="single" w:sz="8" w:space="0" w:color="5D5D5D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1DA7B01" w14:textId="20F35253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>8. My</w:t>
            </w:r>
            <w:r w:rsidR="00B375FE">
              <w:rPr>
                <w:rFonts w:ascii="Arial" w:hAnsi="Arial" w:cs="Arial"/>
                <w:color w:val="FFFFFF"/>
                <w:sz w:val="24"/>
              </w:rPr>
              <w:t xml:space="preserve"> </w:t>
            </w:r>
            <w:proofErr w:type="spellStart"/>
            <w:r w:rsidRPr="000355AD">
              <w:rPr>
                <w:rFonts w:ascii="Arial" w:hAnsi="Arial" w:cs="Arial"/>
                <w:color w:val="FFFFFF"/>
                <w:sz w:val="24"/>
              </w:rPr>
              <w:t>eQuals</w:t>
            </w:r>
            <w:proofErr w:type="spellEnd"/>
          </w:p>
        </w:tc>
        <w:tc>
          <w:tcPr>
            <w:tcW w:w="2952" w:type="dxa"/>
            <w:tcBorders>
              <w:top w:val="single" w:sz="8" w:space="0" w:color="5D5D5D"/>
              <w:left w:val="nil"/>
              <w:bottom w:val="single" w:sz="8" w:space="0" w:color="5D5D5D"/>
              <w:right w:val="single" w:sz="8" w:space="0" w:color="5D5D5D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05AD9F52" w14:textId="77777777" w:rsidR="00145FAA" w:rsidRDefault="00D52069">
            <w:pPr>
              <w:keepNext/>
              <w:keepLines/>
              <w:spacing w:line="190" w:lineRule="auto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8_add_update"/>
                <w:id w:val="5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8_remove"/>
                <w:id w:val="5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528AFDAC" w14:textId="77777777" w:rsidTr="00BA6627">
        <w:trPr>
          <w:cantSplit/>
          <w:trHeight w:val="446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08CFE1" w14:textId="77777777" w:rsidR="00145FAA" w:rsidRDefault="00145FAA" w:rsidP="000C7D07">
            <w:r w:rsidRPr="00317E8F">
              <w:rPr>
                <w:rFonts w:eastAsia="Arial"/>
                <w:b/>
                <w:color w:val="111111"/>
                <w:sz w:val="17"/>
              </w:rPr>
              <w:t>Same access as — Name</w:t>
            </w:r>
          </w:p>
        </w:tc>
        <w:tc>
          <w:tcPr>
            <w:tcW w:w="290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1BDCB4" w14:textId="77777777" w:rsidR="00145FAA" w:rsidRDefault="00D52069">
            <w:sdt>
              <w:sdtPr>
                <w:alias w:val="Digitary/My eQuals same access name"/>
                <w:tag w:val="digitary_same_access_name"/>
                <w:id w:val="3062"/>
                <w:placeholder>
                  <w:docPart w:val="4B77CDAE6AA74CAF9B8DB2EB69177702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name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EEC9E0" w14:textId="77777777" w:rsidR="00145FAA" w:rsidRDefault="00145FAA" w:rsidP="000C7D07">
            <w:r>
              <w:rPr>
                <w:rFonts w:eastAsia="Arial" w:cs="Arial"/>
                <w:b/>
                <w:color w:val="111111"/>
                <w:sz w:val="17"/>
              </w:rPr>
              <w:t>University ID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C339BD" w14:textId="77777777" w:rsidR="00145FAA" w:rsidRDefault="00D52069">
            <w:sdt>
              <w:sdtPr>
                <w:alias w:val="Digitary/My eQuals same access University ID"/>
                <w:tag w:val="digitary_same_access_uid"/>
                <w:id w:val="3063"/>
                <w:placeholder>
                  <w:docPart w:val="AA014A271CD644659BF6180FC6166D2D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University ID</w:t>
                </w:r>
              </w:sdtContent>
            </w:sdt>
          </w:p>
        </w:tc>
      </w:tr>
      <w:tr w:rsidR="00145FAA" w14:paraId="15EBD93C" w14:textId="77777777" w:rsidTr="00BA6627">
        <w:trPr>
          <w:cantSplit/>
          <w:trHeight w:val="605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328C9F" w14:textId="77777777" w:rsidR="00145FAA" w:rsidRPr="00C967AA" w:rsidRDefault="00145FAA" w:rsidP="009A4E77">
            <w:pPr>
              <w:rPr>
                <w:b/>
                <w:color w:val="111111"/>
              </w:rPr>
            </w:pPr>
            <w:r>
              <w:rPr>
                <w:rFonts w:eastAsia="Arial"/>
                <w:b/>
                <w:color w:val="111111"/>
                <w:sz w:val="17"/>
              </w:rPr>
              <w:t>Access Level</w:t>
            </w:r>
          </w:p>
        </w:tc>
        <w:tc>
          <w:tcPr>
            <w:tcW w:w="8084" w:type="dxa"/>
            <w:gridSpan w:val="3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3498122" w14:textId="6A141EED" w:rsidR="00145FAA" w:rsidRDefault="00D52069"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digitary_access Issuer"/>
                <w:tag w:val="digitary_access_issuer"/>
                <w:id w:val="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Issuer   </w:t>
            </w:r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digitary_access Receiver"/>
                <w:tag w:val="digitary_access_receiver"/>
                <w:id w:val="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Receiver   </w:t>
            </w:r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digitary_access Badges/Microcredentials"/>
                <w:tag w:val="digitary_access_badges_microcredentials"/>
                <w:id w:val="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Badges/</w:t>
            </w:r>
            <w:r w:rsidR="00B375FE">
              <w:rPr>
                <w:rFonts w:eastAsia="Arial" w:cs="Arial"/>
                <w:color w:val="000000"/>
                <w:sz w:val="17"/>
              </w:rPr>
              <w:t>Micro credentials</w:t>
            </w:r>
            <w:r w:rsidR="00145FAA">
              <w:rPr>
                <w:rFonts w:eastAsia="Arial"/>
                <w:sz w:val="17"/>
              </w:rPr>
              <w:br/>
            </w:r>
            <w:sdt>
              <w:sdtPr>
                <w:rPr>
                  <w:rFonts w:ascii="MS Gothic" w:eastAsia="MS Gothic" w:hAnsi="MS Gothic"/>
                  <w:color w:val="000000"/>
                  <w:sz w:val="16"/>
                  <w:szCs w:val="16"/>
                </w:rPr>
                <w:alias w:val="digitary_access Other"/>
                <w:tag w:val="digitary_access_other"/>
                <w:id w:val="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45FAA">
              <w:rPr>
                <w:rFonts w:eastAsia="Arial" w:cs="Arial"/>
                <w:color w:val="000000"/>
                <w:sz w:val="17"/>
              </w:rPr>
              <w:t xml:space="preserve"> Other: </w:t>
            </w:r>
            <w:sdt>
              <w:sdtPr>
                <w:alias w:val="digitary_access Other text"/>
                <w:tag w:val="digitary_access_other_text"/>
                <w:id w:val="3068"/>
                <w:placeholder>
                  <w:docPart w:val="400B006C58A743C4BC7846EC68497BAC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6"/>
                    <w:szCs w:val="16"/>
                  </w:rPr>
                  <w:t>Enter other required access</w:t>
                </w:r>
              </w:sdtContent>
            </w:sdt>
          </w:p>
        </w:tc>
      </w:tr>
      <w:tr w:rsidR="00145FAA" w14:paraId="48FB8ABA" w14:textId="77777777" w:rsidTr="00BA6627">
        <w:trPr>
          <w:cantSplit/>
          <w:trHeight w:val="605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F98B25" w14:textId="77777777" w:rsidR="00145FAA" w:rsidRDefault="00145FAA" w:rsidP="009A4E77">
            <w:r w:rsidRPr="00C967AA">
              <w:rPr>
                <w:rFonts w:eastAsia="Arial"/>
                <w:b/>
                <w:color w:val="111111"/>
                <w:sz w:val="17"/>
              </w:rPr>
              <w:t>Additional information or requirements</w:t>
            </w:r>
          </w:p>
        </w:tc>
        <w:tc>
          <w:tcPr>
            <w:tcW w:w="8084" w:type="dxa"/>
            <w:gridSpan w:val="3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BD4B1" w14:textId="77777777" w:rsidR="00145FAA" w:rsidRDefault="00D52069">
            <w:sdt>
              <w:sdtPr>
                <w:alias w:val="Digitary/My eQuals additional information"/>
                <w:tag w:val="digitary_additional_info"/>
                <w:id w:val="3069"/>
                <w:placeholder>
                  <w:docPart w:val="A8FBE507B4574D9095EEA1841D7AC9DF"/>
                </w:placeholder>
                <w:showingPlcHdr/>
                <w:text w:multiLine="1"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any additional scope, business justification for access request or relevant notes. Please provide details of your required activities or functions in Digitary / My eQuals. If existing roles/access need to be removed, please specify them here.</w:t>
                </w:r>
              </w:sdtContent>
            </w:sdt>
          </w:p>
        </w:tc>
      </w:tr>
    </w:tbl>
    <w:p w14:paraId="7505E825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240"/>
        <w:gridCol w:w="5132"/>
        <w:gridCol w:w="2952"/>
      </w:tblGrid>
      <w:tr w:rsidR="00145FAA" w14:paraId="26ECCF33" w14:textId="77777777" w:rsidTr="00CB271B">
        <w:trPr>
          <w:cantSplit/>
          <w:trHeight w:val="446"/>
        </w:trPr>
        <w:tc>
          <w:tcPr>
            <w:tcW w:w="7372" w:type="dxa"/>
            <w:gridSpan w:val="2"/>
            <w:tcBorders>
              <w:top w:val="single" w:sz="8" w:space="0" w:color="5D5D5D"/>
              <w:left w:val="single" w:sz="8" w:space="0" w:color="5D5D5D"/>
              <w:bottom w:val="single" w:sz="8" w:space="0" w:color="5D5D5D"/>
              <w:right w:val="nil"/>
            </w:tcBorders>
            <w:shd w:val="clear" w:color="auto" w:fill="5D5D5D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EA7C6D4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 xml:space="preserve">9. </w:t>
            </w:r>
            <w:proofErr w:type="spellStart"/>
            <w:r w:rsidRPr="000355AD">
              <w:rPr>
                <w:rFonts w:ascii="Arial" w:hAnsi="Arial" w:cs="Arial"/>
                <w:color w:val="FFFFFF"/>
                <w:sz w:val="24"/>
              </w:rPr>
              <w:t>DataBee</w:t>
            </w:r>
            <w:proofErr w:type="spellEnd"/>
          </w:p>
        </w:tc>
        <w:tc>
          <w:tcPr>
            <w:tcW w:w="2952" w:type="dxa"/>
            <w:tcBorders>
              <w:top w:val="single" w:sz="8" w:space="0" w:color="5D5D5D"/>
              <w:left w:val="nil"/>
              <w:bottom w:val="single" w:sz="8" w:space="0" w:color="5D5D5D"/>
              <w:right w:val="single" w:sz="8" w:space="0" w:color="5D5D5D"/>
            </w:tcBorders>
            <w:shd w:val="clear" w:color="auto" w:fill="5D5D5D"/>
            <w:noWrap/>
            <w:tcMar>
              <w:top w:w="30" w:type="dxa"/>
              <w:left w:w="90" w:type="dxa"/>
              <w:bottom w:w="30" w:type="dxa"/>
              <w:right w:w="60" w:type="dxa"/>
            </w:tcMar>
            <w:vAlign w:val="center"/>
          </w:tcPr>
          <w:p w14:paraId="0583A8BB" w14:textId="77777777" w:rsidR="00145FAA" w:rsidRDefault="00D52069">
            <w:pPr>
              <w:keepNext/>
              <w:keepLines/>
              <w:spacing w:line="190" w:lineRule="auto"/>
            </w:pP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Add / Update Access"/>
                <w:tag w:val="section_9_add_update"/>
                <w:id w:val="5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ADD / UPDATE ACCESS</w:t>
            </w:r>
            <w:r w:rsidR="00145FAA">
              <w:rPr>
                <w:rFonts w:eastAsia="Arial"/>
                <w:color w:val="FFFFFF"/>
                <w:sz w:val="16"/>
              </w:rPr>
              <w:br/>
            </w:r>
            <w:sdt>
              <w:sdtPr>
                <w:rPr>
                  <w:rFonts w:eastAsia="Arial" w:cs="Arial"/>
                  <w:color w:val="FFFFFF"/>
                  <w:sz w:val="17"/>
                  <w:szCs w:val="17"/>
                </w:rPr>
                <w:alias w:val="Remove Access"/>
                <w:tag w:val="section_9_remove"/>
                <w:id w:val="5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Segoe UI Symbol" w:eastAsia="Arial" w:hAnsi="Segoe UI Symbol" w:cs="Segoe UI Symbol"/>
                    <w:color w:val="FFFFFF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FFFFFF"/>
                <w:sz w:val="17"/>
                <w:szCs w:val="17"/>
              </w:rPr>
              <w:t xml:space="preserve"> REMOVE ACCESS</w:t>
            </w:r>
          </w:p>
        </w:tc>
      </w:tr>
      <w:tr w:rsidR="00145FAA" w14:paraId="444BAFF6" w14:textId="77777777" w:rsidTr="00BA6627">
        <w:trPr>
          <w:cantSplit/>
          <w:trHeight w:val="490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5D59305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>Role / access details</w:t>
            </w:r>
          </w:p>
        </w:tc>
        <w:tc>
          <w:tcPr>
            <w:tcW w:w="8084" w:type="dxa"/>
            <w:gridSpan w:val="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760932" w14:textId="77777777" w:rsidR="00145FAA" w:rsidRDefault="00D52069">
            <w:sdt>
              <w:sdtPr>
                <w:alias w:val="DataBee Role / Access Details"/>
                <w:tag w:val="databee_role_access_details"/>
                <w:id w:val="3071"/>
                <w:placeholder>
                  <w:docPart w:val="87BE91E29C14484EB8702E2A41AB7F23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required role or access details</w:t>
                </w:r>
              </w:sdtContent>
            </w:sdt>
          </w:p>
        </w:tc>
      </w:tr>
      <w:tr w:rsidR="00145FAA" w14:paraId="748E57EB" w14:textId="77777777" w:rsidTr="00BA6627">
        <w:trPr>
          <w:cantSplit/>
          <w:trHeight w:val="605"/>
        </w:trPr>
        <w:tc>
          <w:tcPr>
            <w:tcW w:w="224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AA4051" w14:textId="77777777" w:rsidR="00145FAA" w:rsidRPr="00ED21E9" w:rsidRDefault="00145FAA">
            <w:pPr>
              <w:rPr>
                <w:szCs w:val="18"/>
              </w:rPr>
            </w:pPr>
            <w:r w:rsidRPr="00ED21E9">
              <w:rPr>
                <w:rFonts w:eastAsia="Arial"/>
                <w:b/>
                <w:color w:val="111111"/>
                <w:sz w:val="17"/>
                <w:szCs w:val="18"/>
              </w:rPr>
              <w:t>Additional information or requirements</w:t>
            </w:r>
          </w:p>
        </w:tc>
        <w:tc>
          <w:tcPr>
            <w:tcW w:w="8084" w:type="dxa"/>
            <w:gridSpan w:val="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C7235FF" w14:textId="77777777" w:rsidR="00145FAA" w:rsidRDefault="00D52069">
            <w:sdt>
              <w:sdtPr>
                <w:alias w:val="DataBee additional information"/>
                <w:tag w:val="databee_additional_info"/>
                <w:id w:val="3072"/>
                <w:placeholder>
                  <w:docPart w:val="80FA855F0E0D457AAB5D2AB6F4945583"/>
                </w:placeholder>
                <w:showingPlcHdr/>
                <w:text w:multiLine="1"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any additional scope, business justification for access request or relevant notes. Please provide details of your required activities or functions in DataBee. If existing roles/access need to be removed, please specify them here.</w:t>
                </w:r>
              </w:sdtContent>
            </w:sdt>
          </w:p>
        </w:tc>
      </w:tr>
    </w:tbl>
    <w:p w14:paraId="13CFBBF3" w14:textId="77777777" w:rsidR="00145FAA" w:rsidRDefault="00145FAA">
      <w:pPr>
        <w:spacing w:line="108" w:lineRule="auto"/>
        <w:rPr>
          <w:rFonts w:eastAsia="Arial" w:cs="Arial"/>
          <w:sz w:val="12"/>
          <w:szCs w:val="2"/>
        </w:rPr>
      </w:pPr>
      <w:r>
        <w:rPr>
          <w:rFonts w:eastAsia="Arial" w:cs="Arial"/>
          <w:sz w:val="12"/>
          <w:szCs w:val="2"/>
        </w:rPr>
        <w:t xml:space="preserve"> </w:t>
      </w:r>
    </w:p>
    <w:p w14:paraId="236A0A35" w14:textId="77777777" w:rsidR="00145FAA" w:rsidRDefault="00145FAA">
      <w:pPr>
        <w:spacing w:line="108" w:lineRule="auto"/>
      </w:pPr>
      <w:r>
        <w:rPr>
          <w:rFonts w:eastAsia="Arial" w:cs="Arial"/>
          <w:vanish/>
          <w:sz w:val="12"/>
        </w:rPr>
        <w:br w:type="page"/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2"/>
        <w:gridCol w:w="2808"/>
        <w:gridCol w:w="2232"/>
        <w:gridCol w:w="2952"/>
      </w:tblGrid>
      <w:tr w:rsidR="00145FAA" w14:paraId="1327FD21" w14:textId="77777777">
        <w:trPr>
          <w:cantSplit/>
          <w:trHeight w:val="446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5A5A5A"/>
            <w:tcMar>
              <w:top w:w="55" w:type="dxa"/>
              <w:left w:w="85" w:type="dxa"/>
              <w:bottom w:w="55" w:type="dxa"/>
              <w:right w:w="75" w:type="dxa"/>
            </w:tcMar>
            <w:vAlign w:val="center"/>
          </w:tcPr>
          <w:p w14:paraId="36165E2F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lastRenderedPageBreak/>
              <w:t>10. Applicant Agreement</w:t>
            </w:r>
          </w:p>
        </w:tc>
      </w:tr>
      <w:tr w:rsidR="00145FAA" w14:paraId="4F25B805" w14:textId="77777777">
        <w:trPr>
          <w:cantSplit/>
          <w:trHeight w:val="1267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0269C7B" w14:textId="77777777" w:rsidR="00145FAA" w:rsidRDefault="00145FAA">
            <w:pPr>
              <w:keepNext/>
            </w:pPr>
            <w:r>
              <w:rPr>
                <w:rFonts w:eastAsia="Arial" w:cs="Arial"/>
                <w:color w:val="000000"/>
                <w:sz w:val="17"/>
              </w:rPr>
              <w:t>I have read, understood and agree to abide by the conditions detailed in the following policies and procedures:</w:t>
            </w:r>
          </w:p>
          <w:p w14:paraId="644DC4B7" w14:textId="77777777" w:rsidR="00145FAA" w:rsidRDefault="00145FAA">
            <w:pPr>
              <w:keepNext/>
            </w:pPr>
            <w:r>
              <w:rPr>
                <w:rFonts w:eastAsia="Arial" w:cs="Arial"/>
                <w:color w:val="000000"/>
                <w:sz w:val="17"/>
              </w:rPr>
              <w:t xml:space="preserve">- Acceptable Use of Information Technology: </w:t>
            </w:r>
            <w:hyperlink r:id="rId12" w:history="1">
              <w:r w:rsidRPr="000355AD">
                <w:rPr>
                  <w:rStyle w:val="Hyperlink"/>
                  <w:sz w:val="16"/>
                  <w:szCs w:val="16"/>
                </w:rPr>
                <w:t>View Acceptable Use of Information Technology policy</w:t>
              </w:r>
            </w:hyperlink>
          </w:p>
          <w:p w14:paraId="16809CDE" w14:textId="77777777" w:rsidR="00145FAA" w:rsidRDefault="00145FAA">
            <w:pPr>
              <w:keepNext/>
            </w:pPr>
            <w:r>
              <w:rPr>
                <w:rFonts w:eastAsia="Arial" w:cs="Arial"/>
                <w:color w:val="000000"/>
                <w:sz w:val="17"/>
              </w:rPr>
              <w:t xml:space="preserve">- Account Management and Access: </w:t>
            </w:r>
            <w:hyperlink r:id="rId13" w:history="1">
              <w:r w:rsidRPr="000355AD">
                <w:rPr>
                  <w:rStyle w:val="Hyperlink"/>
                  <w:sz w:val="16"/>
                  <w:szCs w:val="16"/>
                </w:rPr>
                <w:t>View Account Management and Access policy</w:t>
              </w:r>
            </w:hyperlink>
          </w:p>
          <w:p w14:paraId="5F0EA03A" w14:textId="77777777" w:rsidR="00145FAA" w:rsidRDefault="00145FAA">
            <w:pPr>
              <w:keepNext/>
            </w:pPr>
            <w:r>
              <w:rPr>
                <w:rFonts w:eastAsia="Arial" w:cs="Arial"/>
                <w:color w:val="000000"/>
                <w:sz w:val="17"/>
              </w:rPr>
              <w:t xml:space="preserve">- Privacy Policy: </w:t>
            </w:r>
            <w:hyperlink r:id="rId14" w:history="1">
              <w:r w:rsidRPr="000355AD">
                <w:rPr>
                  <w:rStyle w:val="Hyperlink"/>
                  <w:sz w:val="16"/>
                  <w:szCs w:val="16"/>
                </w:rPr>
                <w:t>View Privacy Policy</w:t>
              </w:r>
            </w:hyperlink>
          </w:p>
        </w:tc>
      </w:tr>
      <w:tr w:rsidR="00145FAA" w14:paraId="3C8F25AF" w14:textId="77777777">
        <w:trPr>
          <w:cantSplit/>
          <w:trHeight w:val="432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1187AE" w14:textId="77777777" w:rsidR="00145FAA" w:rsidRDefault="00D52069">
            <w:pPr>
              <w:keepNext/>
            </w:pPr>
            <w:sdt>
              <w:sdtPr>
                <w:rPr>
                  <w:rFonts w:ascii="MS Gothic" w:eastAsia="MS Gothic" w:hAnsi="MS Gothic"/>
                  <w:color w:val="000000"/>
                  <w:sz w:val="17"/>
                  <w:szCs w:val="17"/>
                </w:rPr>
                <w:alias w:val="Applicant agreement accepted"/>
                <w:tag w:val="agreement_accepted"/>
                <w:id w:val="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A">
                  <w:rPr>
                    <w:rFonts w:ascii="MS Gothic" w:eastAsia="MS Gothic" w:hAnsi="MS Gothic" w:hint="eastAsia"/>
                    <w:color w:val="000000"/>
                    <w:sz w:val="17"/>
                    <w:szCs w:val="17"/>
                  </w:rPr>
                  <w:t>☐</w:t>
                </w:r>
              </w:sdtContent>
            </w:sdt>
            <w:r w:rsidR="00145FAA">
              <w:rPr>
                <w:rFonts w:eastAsia="Arial" w:cs="Arial"/>
                <w:b/>
                <w:color w:val="000000"/>
                <w:sz w:val="17"/>
              </w:rPr>
              <w:t xml:space="preserve"> I agree with the policies and conditions above</w:t>
            </w:r>
          </w:p>
        </w:tc>
      </w:tr>
      <w:tr w:rsidR="00145FAA" w14:paraId="0CFC4F11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A56DA2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Signature / Name</w:t>
            </w:r>
          </w:p>
        </w:tc>
        <w:tc>
          <w:tcPr>
            <w:tcW w:w="280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6BCF7F" w14:textId="77777777" w:rsidR="00145FAA" w:rsidRDefault="00D52069">
            <w:sdt>
              <w:sdtPr>
                <w:alias w:val="Applicant Signature / Name"/>
                <w:tag w:val="applicant_signature_name"/>
                <w:id w:val="3074"/>
                <w:placeholder>
                  <w:docPart w:val="8498DF3D6C0C47D791EC5E1368F9E5C5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Type name or insert signature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040757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>Date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9A6408" w14:textId="77777777" w:rsidR="00145FAA" w:rsidRDefault="00D52069">
            <w:sdt>
              <w:sdtPr>
                <w:alias w:val="Applicant Date"/>
                <w:tag w:val="applicant_date"/>
                <w:id w:val="3075"/>
                <w:placeholder>
                  <w:docPart w:val="617A34CDA92A42B2B228F3C669EE5A92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DD/MM/YYYY</w:t>
                </w:r>
              </w:sdtContent>
            </w:sdt>
          </w:p>
        </w:tc>
      </w:tr>
    </w:tbl>
    <w:p w14:paraId="4671EF94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p w14:paraId="1C00E7A5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2"/>
        <w:gridCol w:w="2808"/>
        <w:gridCol w:w="2232"/>
        <w:gridCol w:w="2952"/>
      </w:tblGrid>
      <w:tr w:rsidR="00145FAA" w14:paraId="0865988D" w14:textId="77777777">
        <w:trPr>
          <w:cantSplit/>
          <w:trHeight w:val="446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5A5A5A"/>
            <w:tcMar>
              <w:top w:w="55" w:type="dxa"/>
              <w:left w:w="85" w:type="dxa"/>
              <w:bottom w:w="55" w:type="dxa"/>
              <w:right w:w="75" w:type="dxa"/>
            </w:tcMar>
            <w:vAlign w:val="center"/>
          </w:tcPr>
          <w:p w14:paraId="69C3677A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 xml:space="preserve">11. </w:t>
            </w:r>
            <w:proofErr w:type="spellStart"/>
            <w:r w:rsidRPr="000355AD">
              <w:rPr>
                <w:rFonts w:ascii="Arial" w:hAnsi="Arial" w:cs="Arial"/>
                <w:color w:val="FFFFFF"/>
                <w:sz w:val="24"/>
              </w:rPr>
              <w:t>Authorisation</w:t>
            </w:r>
            <w:proofErr w:type="spellEnd"/>
            <w:r w:rsidRPr="000355AD">
              <w:rPr>
                <w:rFonts w:ascii="Arial" w:hAnsi="Arial" w:cs="Arial"/>
                <w:color w:val="FFFFFF"/>
                <w:sz w:val="24"/>
              </w:rPr>
              <w:t xml:space="preserve"> by the Applicant’s Manager</w:t>
            </w:r>
          </w:p>
        </w:tc>
      </w:tr>
      <w:tr w:rsidR="00145FAA" w14:paraId="0E9F79BE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9A1BE9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Manager University ID</w:t>
            </w:r>
          </w:p>
        </w:tc>
        <w:tc>
          <w:tcPr>
            <w:tcW w:w="280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2D8671" w14:textId="77777777" w:rsidR="00145FAA" w:rsidRDefault="00D52069">
            <w:sdt>
              <w:sdtPr>
                <w:alias w:val="Manager University ID"/>
                <w:tag w:val="manager_university_id"/>
                <w:id w:val="577643398"/>
                <w:placeholder>
                  <w:docPart w:val="A88E41E0DA914FFC9FF8213A9FE3EFF7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University ID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8BA43A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Manager Name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27EC42" w14:textId="77777777" w:rsidR="00145FAA" w:rsidRDefault="00D52069">
            <w:sdt>
              <w:sdtPr>
                <w:alias w:val="Manager Name"/>
                <w:tag w:val="manager_name"/>
                <w:id w:val="577643399"/>
                <w:placeholder>
                  <w:docPart w:val="7F5A2A036C9B446099225FC9F0AEDE88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Enter manager name</w:t>
                </w:r>
              </w:sdtContent>
            </w:sdt>
          </w:p>
        </w:tc>
      </w:tr>
      <w:tr w:rsidR="00145FAA" w14:paraId="191CF497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E38BB" w14:textId="77777777" w:rsidR="00145FAA" w:rsidRDefault="00145FAA">
            <w:r>
              <w:rPr>
                <w:rFonts w:eastAsia="Arial"/>
                <w:b/>
                <w:color w:val="000000"/>
                <w:sz w:val="17"/>
              </w:rPr>
              <w:t>Manager Signature</w:t>
            </w:r>
          </w:p>
        </w:tc>
        <w:tc>
          <w:tcPr>
            <w:tcW w:w="280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A31515" w14:textId="77777777" w:rsidR="00145FAA" w:rsidRDefault="00D52069">
            <w:sdt>
              <w:sdtPr>
                <w:alias w:val="Manager Signature"/>
                <w:tag w:val="manager_signature"/>
                <w:id w:val="577643400"/>
                <w:placeholder>
                  <w:docPart w:val="9ED015144A494262AE72892D0DBD1FEF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Type name or insert signature</w:t>
                </w:r>
              </w:sdtContent>
            </w:sdt>
          </w:p>
        </w:tc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6C947A" w14:textId="77777777" w:rsidR="00145FAA" w:rsidRDefault="00145FAA">
            <w:r>
              <w:rPr>
                <w:rFonts w:eastAsia="Arial"/>
                <w:b/>
                <w:color w:val="111111"/>
                <w:sz w:val="17"/>
              </w:rPr>
              <w:t>Date</w:t>
            </w:r>
          </w:p>
        </w:tc>
        <w:tc>
          <w:tcPr>
            <w:tcW w:w="295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7F7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8901F5" w14:textId="77777777" w:rsidR="00145FAA" w:rsidRDefault="00D52069">
            <w:sdt>
              <w:sdtPr>
                <w:alias w:val="Manager Date"/>
                <w:tag w:val="manager_date"/>
                <w:id w:val="577643401"/>
                <w:placeholder>
                  <w:docPart w:val="F74FC993DD2B41F99DB1C373E423DFDC"/>
                </w:placeholder>
                <w:showingPlcHdr/>
                <w:text/>
              </w:sdtPr>
              <w:sdtEndPr/>
              <w:sdtContent>
                <w:r w:rsidR="00145FAA">
                  <w:rPr>
                    <w:rFonts w:eastAsia="Arial" w:cs="Arial"/>
                    <w:color w:val="777777"/>
                    <w:sz w:val="17"/>
                    <w:szCs w:val="17"/>
                  </w:rPr>
                  <w:t>DD/MM/YYYY</w:t>
                </w:r>
              </w:sdtContent>
            </w:sdt>
          </w:p>
        </w:tc>
      </w:tr>
    </w:tbl>
    <w:p w14:paraId="06DFFD94" w14:textId="77777777" w:rsidR="00145FAA" w:rsidRDefault="00145FAA">
      <w:pPr>
        <w:spacing w:line="108" w:lineRule="auto"/>
      </w:pPr>
      <w:r>
        <w:rPr>
          <w:rFonts w:eastAsia="Arial" w:cs="Arial"/>
          <w:sz w:val="12"/>
          <w:szCs w:val="2"/>
        </w:rPr>
        <w:t xml:space="preserve"> </w:t>
      </w:r>
    </w:p>
    <w:tbl>
      <w:tblPr>
        <w:tblW w:w="10324" w:type="dxa"/>
        <w:tblLayout w:type="fixed"/>
        <w:tblLook w:val="04A0" w:firstRow="1" w:lastRow="0" w:firstColumn="1" w:lastColumn="0" w:noHBand="0" w:noVBand="1"/>
      </w:tblPr>
      <w:tblGrid>
        <w:gridCol w:w="2332"/>
        <w:gridCol w:w="2808"/>
        <w:gridCol w:w="2232"/>
        <w:gridCol w:w="2952"/>
      </w:tblGrid>
      <w:tr w:rsidR="00145FAA" w14:paraId="2DB13CF6" w14:textId="77777777">
        <w:trPr>
          <w:cantSplit/>
          <w:trHeight w:val="446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5A5A5A"/>
            <w:tcMar>
              <w:top w:w="55" w:type="dxa"/>
              <w:left w:w="85" w:type="dxa"/>
              <w:bottom w:w="55" w:type="dxa"/>
              <w:right w:w="75" w:type="dxa"/>
            </w:tcMar>
            <w:vAlign w:val="center"/>
          </w:tcPr>
          <w:p w14:paraId="5A0FDD7F" w14:textId="77777777" w:rsidR="00145FAA" w:rsidRPr="000355AD" w:rsidRDefault="00145FAA" w:rsidP="000355AD">
            <w:pPr>
              <w:pStyle w:val="Heading2"/>
              <w:spacing w:before="0"/>
              <w:rPr>
                <w:rFonts w:ascii="Arial" w:hAnsi="Arial" w:cs="Arial"/>
                <w:color w:val="FFFFFF"/>
                <w:sz w:val="24"/>
              </w:rPr>
            </w:pPr>
            <w:r w:rsidRPr="000355AD">
              <w:rPr>
                <w:rFonts w:ascii="Arial" w:hAnsi="Arial" w:cs="Arial"/>
                <w:color w:val="FFFFFF"/>
                <w:sz w:val="24"/>
              </w:rPr>
              <w:t>12. Approval by the Deputy Registrar for SAS update access</w:t>
            </w:r>
          </w:p>
        </w:tc>
      </w:tr>
      <w:tr w:rsidR="00145FAA" w14:paraId="5FCF9325" w14:textId="77777777">
        <w:trPr>
          <w:cantSplit/>
          <w:trHeight w:val="446"/>
        </w:trPr>
        <w:tc>
          <w:tcPr>
            <w:tcW w:w="10325" w:type="dxa"/>
            <w:gridSpan w:val="4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75" w:type="dxa"/>
            </w:tcMar>
            <w:vAlign w:val="center"/>
          </w:tcPr>
          <w:p w14:paraId="573322EC" w14:textId="09A4EE74" w:rsidR="00145FAA" w:rsidRPr="00326050" w:rsidRDefault="00145FAA">
            <w:pPr>
              <w:rPr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  <w:t xml:space="preserve">Approval by the Deputy Registrar is required for SAS update access. Email the completed form to </w:t>
            </w:r>
            <w:hyperlink r:id="rId15" w:history="1">
              <w:r w:rsidRPr="005A394B">
                <w:rPr>
                  <w:rStyle w:val="Hyperlink"/>
                  <w:sz w:val="17"/>
                  <w:szCs w:val="17"/>
                </w:rPr>
                <w:t>deputy.registrar@anu.edu.au</w:t>
              </w:r>
            </w:hyperlink>
            <w:r>
              <w:rPr>
                <w:rFonts w:eastAsia="Arial"/>
                <w:sz w:val="17"/>
                <w:szCs w:val="17"/>
              </w:rPr>
              <w:t xml:space="preserve">. When approved, the request will be forwarded to </w:t>
            </w:r>
            <w:hyperlink r:id="rId16" w:history="1">
              <w:r w:rsidRPr="005A394B">
                <w:rPr>
                  <w:rStyle w:val="Hyperlink"/>
                  <w:sz w:val="17"/>
                  <w:szCs w:val="17"/>
                </w:rPr>
                <w:t>sbs.help@anu.edu.au</w:t>
              </w:r>
            </w:hyperlink>
            <w:r>
              <w:rPr>
                <w:rFonts w:eastAsia="Arial"/>
                <w:sz w:val="17"/>
                <w:szCs w:val="17"/>
              </w:rPr>
              <w:t>.</w:t>
            </w:r>
          </w:p>
        </w:tc>
      </w:tr>
      <w:tr w:rsidR="00145FAA" w14:paraId="04617FBC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4CE35C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Title</w:t>
            </w:r>
          </w:p>
        </w:tc>
        <w:sdt>
          <w:sdtPr>
            <w:alias w:val="Enter title / position"/>
            <w:tag w:val="DeputyRegistrarTitle"/>
            <w:id w:val="426623419"/>
            <w:placeholder>
              <w:docPart w:val="E8FDE3919FAB4A6A8E8D95B052AC8FCB"/>
            </w:placeholder>
            <w:showingPlcHdr/>
            <w:text/>
          </w:sdtPr>
          <w:sdtEndPr/>
          <w:sdtContent>
            <w:tc>
              <w:tcPr>
                <w:tcW w:w="7992" w:type="dxa"/>
                <w:gridSpan w:val="3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55BB0FFF" w14:textId="77777777" w:rsidR="00145FAA" w:rsidRDefault="00145FAA">
                <w:r w:rsidRPr="00AA032D">
                  <w:rPr>
                    <w:rStyle w:val="PlaceholderText"/>
                  </w:rPr>
                  <w:t>Enter title / position</w:t>
                </w:r>
              </w:p>
            </w:tc>
          </w:sdtContent>
        </w:sdt>
      </w:tr>
      <w:tr w:rsidR="00145FAA" w14:paraId="3B2333A1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6DF776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Name</w:t>
            </w:r>
          </w:p>
        </w:tc>
        <w:sdt>
          <w:sdtPr>
            <w:alias w:val="Enter name"/>
            <w:tag w:val="DeputyRegistrarName"/>
            <w:id w:val="1832560216"/>
            <w:placeholder>
              <w:docPart w:val="B8F41FF029E44B07A1CD51DB9B5CC767"/>
            </w:placeholder>
            <w:showingPlcHdr/>
            <w:text/>
          </w:sdtPr>
          <w:sdtEndPr/>
          <w:sdtContent>
            <w:tc>
              <w:tcPr>
                <w:tcW w:w="2808" w:type="dxa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34BB2B21" w14:textId="77777777" w:rsidR="00145FAA" w:rsidRDefault="00145FAA">
                <w:r w:rsidRPr="00AA032D">
                  <w:rPr>
                    <w:rStyle w:val="PlaceholderText"/>
                  </w:rPr>
                  <w:t>Enter name</w:t>
                </w:r>
              </w:p>
            </w:tc>
          </w:sdtContent>
        </w:sdt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B7272D9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University ID</w:t>
            </w:r>
          </w:p>
        </w:tc>
        <w:sdt>
          <w:sdtPr>
            <w:alias w:val="Enter University ID"/>
            <w:tag w:val="DeputyRegistrarUniversityId"/>
            <w:id w:val="-1780405701"/>
            <w:placeholder>
              <w:docPart w:val="01B2D1427593457D846B090948796C44"/>
            </w:placeholder>
            <w:showingPlcHdr/>
            <w:text/>
          </w:sdtPr>
          <w:sdtEndPr/>
          <w:sdtContent>
            <w:tc>
              <w:tcPr>
                <w:tcW w:w="2952" w:type="dxa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40ACAADA" w14:textId="77777777" w:rsidR="00145FAA" w:rsidRDefault="00145FAA">
                <w:r w:rsidRPr="00AA032D">
                  <w:rPr>
                    <w:rStyle w:val="PlaceholderText"/>
                  </w:rPr>
                  <w:t>Enter University ID</w:t>
                </w:r>
              </w:p>
            </w:tc>
          </w:sdtContent>
        </w:sdt>
      </w:tr>
      <w:tr w:rsidR="00145FAA" w14:paraId="56DA8370" w14:textId="77777777">
        <w:trPr>
          <w:cantSplit/>
          <w:trHeight w:val="446"/>
        </w:trPr>
        <w:tc>
          <w:tcPr>
            <w:tcW w:w="233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807770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Signature</w:t>
            </w:r>
          </w:p>
        </w:tc>
        <w:sdt>
          <w:sdtPr>
            <w:alias w:val="Type name or insert signature"/>
            <w:tag w:val="DeputyRegistrarSignature"/>
            <w:id w:val="-1073122668"/>
            <w:placeholder>
              <w:docPart w:val="E420E319973F47988F09102410846421"/>
            </w:placeholder>
            <w:showingPlcHdr/>
            <w:text/>
          </w:sdtPr>
          <w:sdtEndPr/>
          <w:sdtContent>
            <w:tc>
              <w:tcPr>
                <w:tcW w:w="2808" w:type="dxa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6B72D642" w14:textId="77777777" w:rsidR="00145FAA" w:rsidRDefault="00145FAA">
                <w:r w:rsidRPr="00AA032D">
                  <w:rPr>
                    <w:rStyle w:val="PlaceholderText"/>
                  </w:rPr>
                  <w:t>Type name or insert signature</w:t>
                </w:r>
              </w:p>
            </w:tc>
          </w:sdtContent>
        </w:sdt>
        <w:tc>
          <w:tcPr>
            <w:tcW w:w="2232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928243" w14:textId="77777777" w:rsidR="00145FAA" w:rsidRDefault="00145FAA">
            <w:r>
              <w:rPr>
                <w:rFonts w:eastAsia="Arial" w:cs="Arial"/>
                <w:b/>
                <w:color w:val="111111"/>
                <w:sz w:val="17"/>
              </w:rPr>
              <w:t>Date</w:t>
            </w:r>
          </w:p>
        </w:tc>
        <w:sdt>
          <w:sdtPr>
            <w:alias w:val="DD/MM/YYYY"/>
            <w:tag w:val="DeputyRegistrarDate"/>
            <w:id w:val="-604264061"/>
            <w:placeholder>
              <w:docPart w:val="3E250370C3EA4E2789AB840CC91247EB"/>
            </w:placeholder>
            <w:showingPlcHdr/>
            <w:text/>
          </w:sdtPr>
          <w:sdtEndPr/>
          <w:sdtContent>
            <w:tc>
              <w:tcPr>
                <w:tcW w:w="2952" w:type="dxa"/>
                <w:tcBorders>
                  <w:top w:val="single" w:sz="8" w:space="0" w:color="8A8A8A"/>
                  <w:left w:val="single" w:sz="8" w:space="0" w:color="8A8A8A"/>
                  <w:bottom w:val="single" w:sz="8" w:space="0" w:color="8A8A8A"/>
                  <w:right w:val="single" w:sz="8" w:space="0" w:color="8A8A8A"/>
                </w:tcBorders>
                <w:shd w:val="clear" w:color="auto" w:fill="F7F7F7"/>
                <w:tcMar>
                  <w:top w:w="45" w:type="dxa"/>
                  <w:left w:w="75" w:type="dxa"/>
                  <w:bottom w:w="45" w:type="dxa"/>
                  <w:right w:w="75" w:type="dxa"/>
                </w:tcMar>
                <w:vAlign w:val="center"/>
              </w:tcPr>
              <w:p w14:paraId="229C078D" w14:textId="77777777" w:rsidR="00145FAA" w:rsidRDefault="00145FAA">
                <w:r w:rsidRPr="00AA032D">
                  <w:rPr>
                    <w:rStyle w:val="PlaceholderText"/>
                  </w:rPr>
                  <w:t>DD/MM/YYYY</w:t>
                </w:r>
              </w:p>
            </w:tc>
          </w:sdtContent>
        </w:sdt>
      </w:tr>
    </w:tbl>
    <w:p w14:paraId="17F14A03" w14:textId="77777777" w:rsidR="00145FAA" w:rsidRDefault="00145FAA"/>
    <w:sectPr w:rsidR="00145FAA" w:rsidSect="00145FAA">
      <w:headerReference w:type="default" r:id="rId17"/>
      <w:footerReference w:type="default" r:id="rId18"/>
      <w:pgSz w:w="11909" w:h="16834"/>
      <w:pgMar w:top="792" w:right="792" w:bottom="792" w:left="792" w:header="216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2E82B" w14:textId="77777777" w:rsidR="00D52069" w:rsidRDefault="00D52069">
      <w:r>
        <w:separator/>
      </w:r>
    </w:p>
  </w:endnote>
  <w:endnote w:type="continuationSeparator" w:id="0">
    <w:p w14:paraId="6303A43B" w14:textId="77777777" w:rsidR="00D52069" w:rsidRDefault="00D5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0DA67" w14:textId="77777777" w:rsidR="00145FAA" w:rsidRDefault="00145FAA">
    <w:pPr>
      <w:pStyle w:val="Footer"/>
      <w:jc w:val="center"/>
    </w:pPr>
    <w:r>
      <w:rPr>
        <w:rFonts w:eastAsia="Arial" w:cs="Arial"/>
        <w:color w:val="666666"/>
        <w:sz w:val="16"/>
      </w:rPr>
      <w:t xml:space="preserve">Student Business Systems | Australian National University    •    Page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>
      <w:rPr>
        <w:rFonts w:eastAsia="Arial" w:cs="Arial"/>
        <w:color w:val="666666"/>
        <w:sz w:val="16"/>
      </w:rPr>
      <w:t>1</w:t>
    </w:r>
    <w:r>
      <w:rPr>
        <w:color w:val="666666"/>
        <w:sz w:val="16"/>
      </w:rPr>
      <w:fldChar w:fldCharType="end"/>
    </w:r>
    <w:r>
      <w:rPr>
        <w:rFonts w:eastAsia="Arial" w:cs="Arial"/>
        <w:color w:val="666666"/>
        <w:sz w:val="16"/>
      </w:rPr>
      <w:t xml:space="preserve"> of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NUMPAGES</w:instrText>
    </w:r>
    <w:r>
      <w:rPr>
        <w:color w:val="666666"/>
        <w:sz w:val="16"/>
      </w:rPr>
      <w:fldChar w:fldCharType="separate"/>
    </w:r>
    <w:r>
      <w:rPr>
        <w:rFonts w:eastAsia="Arial" w:cs="Arial"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8E018" w14:textId="77777777" w:rsidR="00D52069" w:rsidRDefault="00D52069">
      <w:r>
        <w:separator/>
      </w:r>
    </w:p>
  </w:footnote>
  <w:footnote w:type="continuationSeparator" w:id="0">
    <w:p w14:paraId="31F4DD8A" w14:textId="77777777" w:rsidR="00D52069" w:rsidRDefault="00D5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BFD8" w14:textId="77777777" w:rsidR="00145FAA" w:rsidRDefault="00145F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252249">
    <w:abstractNumId w:val="8"/>
  </w:num>
  <w:num w:numId="2" w16cid:durableId="268660235">
    <w:abstractNumId w:val="6"/>
  </w:num>
  <w:num w:numId="3" w16cid:durableId="315493328">
    <w:abstractNumId w:val="5"/>
  </w:num>
  <w:num w:numId="4" w16cid:durableId="42606981">
    <w:abstractNumId w:val="4"/>
  </w:num>
  <w:num w:numId="5" w16cid:durableId="1932086943">
    <w:abstractNumId w:val="7"/>
  </w:num>
  <w:num w:numId="6" w16cid:durableId="240022608">
    <w:abstractNumId w:val="3"/>
  </w:num>
  <w:num w:numId="7" w16cid:durableId="349646960">
    <w:abstractNumId w:val="2"/>
  </w:num>
  <w:num w:numId="8" w16cid:durableId="1213883193">
    <w:abstractNumId w:val="1"/>
  </w:num>
  <w:num w:numId="9" w16cid:durableId="58264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906"/>
    <w:rsid w:val="00034616"/>
    <w:rsid w:val="000355AD"/>
    <w:rsid w:val="000515E3"/>
    <w:rsid w:val="0006063C"/>
    <w:rsid w:val="00061006"/>
    <w:rsid w:val="00067529"/>
    <w:rsid w:val="000B51C3"/>
    <w:rsid w:val="000B68FF"/>
    <w:rsid w:val="000E42BB"/>
    <w:rsid w:val="000F4137"/>
    <w:rsid w:val="00101E99"/>
    <w:rsid w:val="001068A4"/>
    <w:rsid w:val="00117622"/>
    <w:rsid w:val="00127510"/>
    <w:rsid w:val="00142297"/>
    <w:rsid w:val="00145FAA"/>
    <w:rsid w:val="0015074B"/>
    <w:rsid w:val="00187434"/>
    <w:rsid w:val="001B0B81"/>
    <w:rsid w:val="00201486"/>
    <w:rsid w:val="00202039"/>
    <w:rsid w:val="0020294D"/>
    <w:rsid w:val="00207EB9"/>
    <w:rsid w:val="00213306"/>
    <w:rsid w:val="00243AB1"/>
    <w:rsid w:val="0028652E"/>
    <w:rsid w:val="0029639D"/>
    <w:rsid w:val="002D7DD5"/>
    <w:rsid w:val="002E01A7"/>
    <w:rsid w:val="003030FD"/>
    <w:rsid w:val="0030646A"/>
    <w:rsid w:val="00316CD6"/>
    <w:rsid w:val="00317E8F"/>
    <w:rsid w:val="00326050"/>
    <w:rsid w:val="00326F90"/>
    <w:rsid w:val="00331F17"/>
    <w:rsid w:val="00336FCC"/>
    <w:rsid w:val="00374EB6"/>
    <w:rsid w:val="003B4429"/>
    <w:rsid w:val="003C46FD"/>
    <w:rsid w:val="003D1C64"/>
    <w:rsid w:val="003D3430"/>
    <w:rsid w:val="003E3452"/>
    <w:rsid w:val="00403FA4"/>
    <w:rsid w:val="00410FFA"/>
    <w:rsid w:val="00427D66"/>
    <w:rsid w:val="00436CDD"/>
    <w:rsid w:val="00437782"/>
    <w:rsid w:val="004609CD"/>
    <w:rsid w:val="0047545A"/>
    <w:rsid w:val="0047782F"/>
    <w:rsid w:val="00485B72"/>
    <w:rsid w:val="00486B1C"/>
    <w:rsid w:val="004A6BA0"/>
    <w:rsid w:val="004B0113"/>
    <w:rsid w:val="004B3166"/>
    <w:rsid w:val="004D7C6D"/>
    <w:rsid w:val="004E7B69"/>
    <w:rsid w:val="00510059"/>
    <w:rsid w:val="00530F6A"/>
    <w:rsid w:val="00552FAD"/>
    <w:rsid w:val="00562622"/>
    <w:rsid w:val="005629F0"/>
    <w:rsid w:val="005C2934"/>
    <w:rsid w:val="005C32AC"/>
    <w:rsid w:val="006104BD"/>
    <w:rsid w:val="006377C4"/>
    <w:rsid w:val="00647D4E"/>
    <w:rsid w:val="00661BEF"/>
    <w:rsid w:val="0067000B"/>
    <w:rsid w:val="00672C9F"/>
    <w:rsid w:val="006B5A45"/>
    <w:rsid w:val="006C6810"/>
    <w:rsid w:val="00733F77"/>
    <w:rsid w:val="00746CC4"/>
    <w:rsid w:val="00751DBF"/>
    <w:rsid w:val="007523C7"/>
    <w:rsid w:val="0078424A"/>
    <w:rsid w:val="007D18C6"/>
    <w:rsid w:val="008115A2"/>
    <w:rsid w:val="00832125"/>
    <w:rsid w:val="00862C5D"/>
    <w:rsid w:val="00896CC8"/>
    <w:rsid w:val="008A35CD"/>
    <w:rsid w:val="008B7A3E"/>
    <w:rsid w:val="008D7D5E"/>
    <w:rsid w:val="008E1152"/>
    <w:rsid w:val="008E7D45"/>
    <w:rsid w:val="00905929"/>
    <w:rsid w:val="00913CCA"/>
    <w:rsid w:val="009357E4"/>
    <w:rsid w:val="00940700"/>
    <w:rsid w:val="00945DFF"/>
    <w:rsid w:val="009467FB"/>
    <w:rsid w:val="00962472"/>
    <w:rsid w:val="00987D7A"/>
    <w:rsid w:val="009A3671"/>
    <w:rsid w:val="009A4E77"/>
    <w:rsid w:val="009F04C7"/>
    <w:rsid w:val="00A12F1A"/>
    <w:rsid w:val="00A364F3"/>
    <w:rsid w:val="00A564F8"/>
    <w:rsid w:val="00A917AB"/>
    <w:rsid w:val="00AA1D8D"/>
    <w:rsid w:val="00AA756C"/>
    <w:rsid w:val="00AC5812"/>
    <w:rsid w:val="00AE584F"/>
    <w:rsid w:val="00AF3D66"/>
    <w:rsid w:val="00AF47E4"/>
    <w:rsid w:val="00B03D5F"/>
    <w:rsid w:val="00B3018B"/>
    <w:rsid w:val="00B34E89"/>
    <w:rsid w:val="00B375FE"/>
    <w:rsid w:val="00B4099A"/>
    <w:rsid w:val="00B47730"/>
    <w:rsid w:val="00B47988"/>
    <w:rsid w:val="00B82DB8"/>
    <w:rsid w:val="00B84C25"/>
    <w:rsid w:val="00BA6627"/>
    <w:rsid w:val="00BB4F1D"/>
    <w:rsid w:val="00BE189B"/>
    <w:rsid w:val="00C00483"/>
    <w:rsid w:val="00C33742"/>
    <w:rsid w:val="00C339A1"/>
    <w:rsid w:val="00C6176E"/>
    <w:rsid w:val="00C6446B"/>
    <w:rsid w:val="00C967AA"/>
    <w:rsid w:val="00CB0467"/>
    <w:rsid w:val="00CB0664"/>
    <w:rsid w:val="00CB271B"/>
    <w:rsid w:val="00CB37F4"/>
    <w:rsid w:val="00CB416E"/>
    <w:rsid w:val="00CC4F9B"/>
    <w:rsid w:val="00CD02DF"/>
    <w:rsid w:val="00CE09B7"/>
    <w:rsid w:val="00D060E0"/>
    <w:rsid w:val="00D07E8B"/>
    <w:rsid w:val="00D22F31"/>
    <w:rsid w:val="00D27BDA"/>
    <w:rsid w:val="00D35D58"/>
    <w:rsid w:val="00D37542"/>
    <w:rsid w:val="00D44E0C"/>
    <w:rsid w:val="00D477A7"/>
    <w:rsid w:val="00D52069"/>
    <w:rsid w:val="00D5346F"/>
    <w:rsid w:val="00D806DD"/>
    <w:rsid w:val="00DA5E04"/>
    <w:rsid w:val="00DA77AE"/>
    <w:rsid w:val="00DB2ACC"/>
    <w:rsid w:val="00DB6C80"/>
    <w:rsid w:val="00DE0BD2"/>
    <w:rsid w:val="00DF39D4"/>
    <w:rsid w:val="00E34726"/>
    <w:rsid w:val="00E37A8F"/>
    <w:rsid w:val="00E72D29"/>
    <w:rsid w:val="00E73E5E"/>
    <w:rsid w:val="00EA4BAF"/>
    <w:rsid w:val="00EB1B55"/>
    <w:rsid w:val="00EC7822"/>
    <w:rsid w:val="00ED21E9"/>
    <w:rsid w:val="00F12181"/>
    <w:rsid w:val="00F17242"/>
    <w:rsid w:val="00F512F0"/>
    <w:rsid w:val="00F55363"/>
    <w:rsid w:val="00F56037"/>
    <w:rsid w:val="00F60D44"/>
    <w:rsid w:val="00F6444A"/>
    <w:rsid w:val="00F72D99"/>
    <w:rsid w:val="00F92B4C"/>
    <w:rsid w:val="00FB2EC9"/>
    <w:rsid w:val="00FC693F"/>
    <w:rsid w:val="00FD3BBC"/>
    <w:rsid w:val="00FF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1B6451"/>
  <w14:defaultImageDpi w14:val="330"/>
  <w15:docId w15:val="{D1DDC58B-3FB8-45C2-B433-77956B05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FAA"/>
    <w:pPr>
      <w:spacing w:after="0" w:line="240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F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F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5F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F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FA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F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FA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FA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FA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F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FAA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145F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FAA"/>
    <w:rPr>
      <w:rFonts w:ascii="Arial" w:hAnsi="Arial"/>
      <w:sz w:val="18"/>
    </w:rPr>
  </w:style>
  <w:style w:type="paragraph" w:styleId="NoSpacing">
    <w:name w:val="No Spacing"/>
    <w:uiPriority w:val="1"/>
    <w:qFormat/>
    <w:rsid w:val="00145FA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45F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45F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45FAA"/>
    <w:rPr>
      <w:rFonts w:asciiTheme="majorHAnsi" w:eastAsiaTheme="majorEastAsia" w:hAnsiTheme="majorHAnsi" w:cstheme="majorBidi"/>
      <w:b/>
      <w:bCs/>
      <w:color w:val="4F81BD" w:themeColor="accent1"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45FA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45F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F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45F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145FA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145F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45FAA"/>
    <w:rPr>
      <w:rFonts w:ascii="Arial" w:hAnsi="Arial"/>
      <w:sz w:val="18"/>
    </w:rPr>
  </w:style>
  <w:style w:type="paragraph" w:styleId="BodyText2">
    <w:name w:val="Body Text 2"/>
    <w:basedOn w:val="Normal"/>
    <w:link w:val="BodyText2Char"/>
    <w:uiPriority w:val="99"/>
    <w:unhideWhenUsed/>
    <w:rsid w:val="00145FA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45FAA"/>
    <w:rPr>
      <w:rFonts w:ascii="Arial" w:hAnsi="Arial"/>
      <w:sz w:val="18"/>
    </w:rPr>
  </w:style>
  <w:style w:type="paragraph" w:styleId="BodyText3">
    <w:name w:val="Body Text 3"/>
    <w:basedOn w:val="Normal"/>
    <w:link w:val="BodyText3Char"/>
    <w:uiPriority w:val="99"/>
    <w:unhideWhenUsed/>
    <w:rsid w:val="00145FA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45FAA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145FAA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145FAA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145FAA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145FA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145FA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145FAA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145FAA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145FAA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145FAA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145FA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145FA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145FAA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145FA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145FAA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45FA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45FAA"/>
    <w:rPr>
      <w:rFonts w:ascii="Arial" w:hAnsi="Arial"/>
      <w:i/>
      <w:iCs/>
      <w:color w:val="000000" w:themeColor="text1"/>
      <w:sz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FAA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FAA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FAA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FAA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FA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F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45FAA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145FAA"/>
    <w:rPr>
      <w:b/>
      <w:bCs/>
    </w:rPr>
  </w:style>
  <w:style w:type="character" w:styleId="Emphasis">
    <w:name w:val="Emphasis"/>
    <w:basedOn w:val="DefaultParagraphFont"/>
    <w:uiPriority w:val="20"/>
    <w:qFormat/>
    <w:rsid w:val="00145FA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FA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FAA"/>
    <w:rPr>
      <w:rFonts w:ascii="Arial" w:hAnsi="Arial"/>
      <w:b/>
      <w:bCs/>
      <w:i/>
      <w:iCs/>
      <w:color w:val="4F81BD" w:themeColor="accent1"/>
      <w:sz w:val="18"/>
    </w:rPr>
  </w:style>
  <w:style w:type="character" w:styleId="SubtleEmphasis">
    <w:name w:val="Subtle Emphasis"/>
    <w:basedOn w:val="DefaultParagraphFont"/>
    <w:uiPriority w:val="19"/>
    <w:qFormat/>
    <w:rsid w:val="00145FA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145FA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145FA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45FA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45FA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5FAA"/>
    <w:pPr>
      <w:outlineLvl w:val="9"/>
    </w:pPr>
  </w:style>
  <w:style w:type="table" w:styleId="TableGrid">
    <w:name w:val="Table Grid"/>
    <w:basedOn w:val="TableNormal"/>
    <w:uiPriority w:val="59"/>
    <w:rsid w:val="00145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45F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45FA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45FA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45FA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45FA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45FA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45FAA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45F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45F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45F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45F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45F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145FA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145F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F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5F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olicies.anu.edu.au/ppl/document/ANUP_00070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olicies.anu.edu.au/ppl/document/ANUP_00122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bs.help@anu.edu.a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bs.help@anu.edu.a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puty.registrar@anu.edu.au" TargetMode="External"/><Relationship Id="rId10" Type="http://schemas.openxmlformats.org/officeDocument/2006/relationships/hyperlink" Target="mailto:manager.cat@anu.edu.a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bs.help@anu.edu.au" TargetMode="External"/><Relationship Id="rId14" Type="http://schemas.openxmlformats.org/officeDocument/2006/relationships/hyperlink" Target="https://policies.anu.edu.au/ppl/document/ANUP_010007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C1CD81DF42429784BFA82CB5AB9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01F1D-0921-4B45-91A9-BE9214700BE6}"/>
      </w:docPartPr>
      <w:docPartBody>
        <w:p w:rsidR="00E77F07" w:rsidRDefault="00B21D00" w:rsidP="00B21D00">
          <w:pPr>
            <w:pStyle w:val="99C1CD81DF42429784BFA82CB5AB9F4F"/>
          </w:pPr>
          <w:r>
            <w:rPr>
              <w:rFonts w:eastAsia="Arial" w:cs="Arial"/>
              <w:color w:val="777777"/>
              <w:sz w:val="17"/>
              <w:szCs w:val="17"/>
            </w:rPr>
            <w:t>Enter surname</w:t>
          </w:r>
        </w:p>
      </w:docPartBody>
    </w:docPart>
    <w:docPart>
      <w:docPartPr>
        <w:name w:val="CECCBD2AF3F94260988E26E252159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341C4-8225-4320-BB67-1B75BDC63ACD}"/>
      </w:docPartPr>
      <w:docPartBody>
        <w:p w:rsidR="00E77F07" w:rsidRDefault="00B21D00" w:rsidP="00B21D00">
          <w:pPr>
            <w:pStyle w:val="CECCBD2AF3F94260988E26E2521590A8"/>
          </w:pPr>
          <w:r>
            <w:rPr>
              <w:rFonts w:eastAsia="Arial" w:cs="Arial"/>
              <w:color w:val="777777"/>
              <w:sz w:val="17"/>
              <w:szCs w:val="17"/>
            </w:rPr>
            <w:t>Enter first name</w:t>
          </w:r>
        </w:p>
      </w:docPartBody>
    </w:docPart>
    <w:docPart>
      <w:docPartPr>
        <w:name w:val="B5558FDF6A6D47B5B003CA8D97EAB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DF8D7-7922-49CA-AF07-EDE8106D4DDC}"/>
      </w:docPartPr>
      <w:docPartBody>
        <w:p w:rsidR="00E77F07" w:rsidRDefault="00B21D00" w:rsidP="00B21D00">
          <w:pPr>
            <w:pStyle w:val="B5558FDF6A6D47B5B003CA8D97EABD9C"/>
          </w:pPr>
          <w:r>
            <w:rPr>
              <w:rFonts w:eastAsia="Arial" w:cs="Arial"/>
              <w:color w:val="777777"/>
              <w:sz w:val="17"/>
              <w:szCs w:val="17"/>
            </w:rPr>
            <w:t>Enter University ID</w:t>
          </w:r>
        </w:p>
      </w:docPartBody>
    </w:docPart>
    <w:docPart>
      <w:docPartPr>
        <w:name w:val="C4E2ACE1B4914151975A989899542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C2631-64C2-4075-9C09-808840CD4E36}"/>
      </w:docPartPr>
      <w:docPartBody>
        <w:p w:rsidR="00E77F07" w:rsidRDefault="00B21D00" w:rsidP="00B21D00">
          <w:pPr>
            <w:pStyle w:val="C4E2ACE1B4914151975A989899542D40"/>
          </w:pPr>
          <w:r>
            <w:rPr>
              <w:rFonts w:eastAsia="Arial" w:cs="Arial"/>
              <w:color w:val="777777"/>
              <w:sz w:val="17"/>
              <w:szCs w:val="17"/>
            </w:rPr>
            <w:t>Enter position</w:t>
          </w:r>
        </w:p>
      </w:docPartBody>
    </w:docPart>
    <w:docPart>
      <w:docPartPr>
        <w:name w:val="212C756872B6469AAA7CB459777B0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A5ED8-5CCC-41DC-B655-6E55679C420B}"/>
      </w:docPartPr>
      <w:docPartBody>
        <w:p w:rsidR="00E77F07" w:rsidRDefault="00B21D00" w:rsidP="00B21D00">
          <w:pPr>
            <w:pStyle w:val="212C756872B6469AAA7CB459777B0C39"/>
          </w:pPr>
          <w:r>
            <w:rPr>
              <w:rFonts w:eastAsia="Arial" w:cs="Arial"/>
              <w:color w:val="777777"/>
              <w:sz w:val="17"/>
              <w:szCs w:val="17"/>
            </w:rPr>
            <w:t>Enter college, division or area</w:t>
          </w:r>
        </w:p>
      </w:docPartBody>
    </w:docPart>
    <w:docPart>
      <w:docPartPr>
        <w:name w:val="0D57729BE5CA48D582D56CE7AB6F4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3E97F-26FD-4219-AE3F-E1B05739526D}"/>
      </w:docPartPr>
      <w:docPartBody>
        <w:p w:rsidR="00E77F07" w:rsidRDefault="00B21D00" w:rsidP="00B21D00">
          <w:pPr>
            <w:pStyle w:val="0D57729BE5CA48D582D56CE7AB6F4B24"/>
          </w:pPr>
          <w:r>
            <w:rPr>
              <w:rFonts w:eastAsia="Arial" w:cs="Arial"/>
              <w:color w:val="777777"/>
              <w:sz w:val="17"/>
              <w:szCs w:val="17"/>
            </w:rPr>
            <w:t>Enter academic organisation</w:t>
          </w:r>
        </w:p>
      </w:docPartBody>
    </w:docPart>
    <w:docPart>
      <w:docPartPr>
        <w:name w:val="D10F241AD197477790C89FD9407E1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4A637-C2D1-4298-8F9E-D99AC1766270}"/>
      </w:docPartPr>
      <w:docPartBody>
        <w:p w:rsidR="00E77F07" w:rsidRDefault="00B21D00" w:rsidP="00B21D00">
          <w:pPr>
            <w:pStyle w:val="D10F241AD197477790C89FD9407E12BF"/>
          </w:pPr>
          <w:r>
            <w:rPr>
              <w:rFonts w:eastAsia="Arial" w:cs="Arial"/>
              <w:color w:val="777777"/>
              <w:sz w:val="17"/>
              <w:szCs w:val="17"/>
            </w:rPr>
            <w:t>DD/MM/YYYY</w:t>
          </w:r>
        </w:p>
      </w:docPartBody>
    </w:docPart>
    <w:docPart>
      <w:docPartPr>
        <w:name w:val="5C904BF978F941B08727453451732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1C621-47E7-43F7-8BEA-096C6C89EA7F}"/>
      </w:docPartPr>
      <w:docPartBody>
        <w:p w:rsidR="00E77F07" w:rsidRDefault="00B21D00" w:rsidP="00B21D00">
          <w:pPr>
            <w:pStyle w:val="5C904BF978F941B08727453451732224"/>
          </w:pPr>
          <w:r>
            <w:rPr>
              <w:rFonts w:eastAsia="Arial" w:cs="Arial"/>
              <w:color w:val="777777"/>
              <w:sz w:val="17"/>
              <w:szCs w:val="17"/>
            </w:rPr>
            <w:t>DD/MM/YYYY</w:t>
          </w:r>
        </w:p>
      </w:docPartBody>
    </w:docPart>
    <w:docPart>
      <w:docPartPr>
        <w:name w:val="6BCA494E39C04245A96BDEE035D45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47CBE-3457-4A7A-A32E-85E7621C7AD9}"/>
      </w:docPartPr>
      <w:docPartBody>
        <w:p w:rsidR="00E77F07" w:rsidRDefault="00B21D00" w:rsidP="00B21D00">
          <w:pPr>
            <w:pStyle w:val="6BCA494E39C04245A96BDEE035D45977"/>
          </w:pPr>
          <w:r>
            <w:rPr>
              <w:rFonts w:eastAsia="Arial" w:cs="Arial"/>
              <w:color w:val="777777"/>
              <w:sz w:val="17"/>
              <w:szCs w:val="17"/>
            </w:rPr>
            <w:t>Enter name</w:t>
          </w:r>
        </w:p>
      </w:docPartBody>
    </w:docPart>
    <w:docPart>
      <w:docPartPr>
        <w:name w:val="FF593BC3428C4AFC95AD23C175040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E01D9-18DA-41C6-B7D9-DD36BCD390EB}"/>
      </w:docPartPr>
      <w:docPartBody>
        <w:p w:rsidR="00E77F07" w:rsidRDefault="00B21D00" w:rsidP="00B21D00">
          <w:pPr>
            <w:pStyle w:val="FF593BC3428C4AFC95AD23C175040D98"/>
          </w:pPr>
          <w:r>
            <w:rPr>
              <w:rFonts w:eastAsia="Arial" w:cs="Arial"/>
              <w:color w:val="777777"/>
              <w:sz w:val="17"/>
              <w:szCs w:val="17"/>
            </w:rPr>
            <w:t>Enter University ID</w:t>
          </w:r>
        </w:p>
      </w:docPartBody>
    </w:docPart>
    <w:docPart>
      <w:docPartPr>
        <w:name w:val="AE1175117B7B4C18B3B86F6083B51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0517D-584B-48BA-B1FF-53467FC42F0F}"/>
      </w:docPartPr>
      <w:docPartBody>
        <w:p w:rsidR="00E77F07" w:rsidRDefault="00B21D00" w:rsidP="00B21D00">
          <w:pPr>
            <w:pStyle w:val="AE1175117B7B4C18B3B86F6083B51A82"/>
          </w:pPr>
          <w:r>
            <w:rPr>
              <w:rFonts w:eastAsia="Arial" w:cs="Arial"/>
              <w:color w:val="777777"/>
              <w:sz w:val="17"/>
              <w:szCs w:val="17"/>
            </w:rPr>
            <w:t>Enter any additional scope, business justification for access request or relevant notes. Please provide details of your required activities or functions in SAS. If existing roles/access need to be removed, please specify them here.</w:t>
          </w:r>
        </w:p>
      </w:docPartBody>
    </w:docPart>
    <w:docPart>
      <w:docPartPr>
        <w:name w:val="049F1C4FD7CC423997EFF3988C768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C098B-7F37-49F6-AF48-C9C652447C86}"/>
      </w:docPartPr>
      <w:docPartBody>
        <w:p w:rsidR="00E77F07" w:rsidRDefault="00B21D00" w:rsidP="00B21D00">
          <w:pPr>
            <w:pStyle w:val="049F1C4FD7CC423997EFF3988C768A83"/>
          </w:pPr>
          <w:r w:rsidRPr="00AA032D">
            <w:rPr>
              <w:rStyle w:val="PlaceholderText"/>
            </w:rPr>
            <w:t>Enter other user group</w:t>
          </w:r>
        </w:p>
      </w:docPartBody>
    </w:docPart>
    <w:docPart>
      <w:docPartPr>
        <w:name w:val="E49E2F0920A04C0B8C21B0D85A7DA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8A4CE-043E-409C-A2DE-3B0B83F30788}"/>
      </w:docPartPr>
      <w:docPartBody>
        <w:p w:rsidR="00E77F07" w:rsidRDefault="00B21D00" w:rsidP="00B21D00">
          <w:pPr>
            <w:pStyle w:val="E49E2F0920A04C0B8C21B0D85A7DA304"/>
          </w:pPr>
          <w:r w:rsidRPr="00AA032D">
            <w:rPr>
              <w:rStyle w:val="PlaceholderText"/>
            </w:rPr>
            <w:t>Enter any additional scope, business justification for access request or relevant notes.</w:t>
          </w:r>
          <w:r w:rsidRPr="00AA032D">
            <w:rPr>
              <w:rStyle w:val="PlaceholderText"/>
            </w:rPr>
            <w:br/>
            <w:t>Please provide details of your required activities or functions in MyTimetable. If existing roles/access need to be removed, please specify them here.</w:t>
          </w:r>
        </w:p>
      </w:docPartBody>
    </w:docPart>
    <w:docPart>
      <w:docPartPr>
        <w:name w:val="6B1BFE2398C44571AA2E1657E9EA4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7B0F0-BBE2-45B5-A974-98902EB7FE6C}"/>
      </w:docPartPr>
      <w:docPartBody>
        <w:p w:rsidR="00E77F07" w:rsidRDefault="00B21D00" w:rsidP="00B21D00">
          <w:pPr>
            <w:pStyle w:val="6B1BFE2398C44571AA2E1657E9EA4804"/>
          </w:pPr>
          <w:r w:rsidRPr="00AA032D">
            <w:rPr>
              <w:rStyle w:val="PlaceholderText"/>
            </w:rPr>
            <w:t>Enter other user group</w:t>
          </w:r>
        </w:p>
      </w:docPartBody>
    </w:docPart>
    <w:docPart>
      <w:docPartPr>
        <w:name w:val="47000582726D430884CC6630F9128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08D1C-2E54-4C88-9BC7-74D287A66C07}"/>
      </w:docPartPr>
      <w:docPartBody>
        <w:p w:rsidR="00E77F07" w:rsidRDefault="00B21D00" w:rsidP="00B21D00">
          <w:pPr>
            <w:pStyle w:val="47000582726D430884CC6630F9128FAE"/>
          </w:pPr>
          <w:r w:rsidRPr="00AA032D">
            <w:rPr>
              <w:rStyle w:val="PlaceholderText"/>
            </w:rPr>
            <w:t>Enter other user group</w:t>
          </w:r>
        </w:p>
      </w:docPartBody>
    </w:docPart>
    <w:docPart>
      <w:docPartPr>
        <w:name w:val="6B910C086CD7429587B6147D9BA6A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299B6-CABB-404E-A2C5-F3D373A17377}"/>
      </w:docPartPr>
      <w:docPartBody>
        <w:p w:rsidR="00E77F07" w:rsidRDefault="00B21D00" w:rsidP="00B21D00">
          <w:pPr>
            <w:pStyle w:val="6B910C086CD7429587B6147D9BA6A724"/>
          </w:pPr>
          <w:r w:rsidRPr="00AA032D">
            <w:rPr>
              <w:rStyle w:val="PlaceholderText"/>
            </w:rPr>
            <w:t>Enter any additional scope, business justification for access request or relevant notes.</w:t>
          </w:r>
          <w:r w:rsidRPr="00AA032D">
            <w:rPr>
              <w:rStyle w:val="PlaceholderText"/>
            </w:rPr>
            <w:br/>
            <w:t>Please provide details of your required activities or functions in Syllabus Plus. If existing roles/access need to be removed, please specify them here.</w:t>
          </w:r>
        </w:p>
      </w:docPartBody>
    </w:docPart>
    <w:docPart>
      <w:docPartPr>
        <w:name w:val="86FBB53FE3D547D2A6A3114999D24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46155-9F8E-40BE-BF96-925283E24A1F}"/>
      </w:docPartPr>
      <w:docPartBody>
        <w:p w:rsidR="00E77F07" w:rsidRDefault="00B21D00" w:rsidP="00B21D00">
          <w:pPr>
            <w:pStyle w:val="86FBB53FE3D547D2A6A3114999D24E83"/>
          </w:pPr>
          <w:r w:rsidRPr="00AA032D">
            <w:rPr>
              <w:rStyle w:val="PlaceholderText"/>
            </w:rPr>
            <w:t>Enter other user group</w:t>
          </w:r>
        </w:p>
      </w:docPartBody>
    </w:docPart>
    <w:docPart>
      <w:docPartPr>
        <w:name w:val="2BC569502BBC4FF7BDC95E9B3B7E4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1423F-D320-4A26-82AF-996B47A9A5A1}"/>
      </w:docPartPr>
      <w:docPartBody>
        <w:p w:rsidR="00E77F07" w:rsidRDefault="00B21D00" w:rsidP="00B21D00">
          <w:pPr>
            <w:pStyle w:val="2BC569502BBC4FF7BDC95E9B3B7E404F"/>
          </w:pPr>
          <w:r w:rsidRPr="00AA032D">
            <w:rPr>
              <w:rStyle w:val="PlaceholderText"/>
            </w:rPr>
            <w:t>Enter other required access</w:t>
          </w:r>
        </w:p>
      </w:docPartBody>
    </w:docPart>
    <w:docPart>
      <w:docPartPr>
        <w:name w:val="F82B8EA4697245B8B862C405910A1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BDA96-0A67-4C0B-BF50-7957B1E4D2C1}"/>
      </w:docPartPr>
      <w:docPartBody>
        <w:p w:rsidR="00E77F07" w:rsidRDefault="00B21D00" w:rsidP="00B21D00">
          <w:pPr>
            <w:pStyle w:val="F82B8EA4697245B8B862C405910A1FC3"/>
          </w:pPr>
          <w:r w:rsidRPr="00AA032D">
            <w:rPr>
              <w:rStyle w:val="PlaceholderText"/>
            </w:rPr>
            <w:t>Enter any additional scope, business justification for access request or relevant notes. Please provide details of your required activities or functions in CMS. If existing roles/access need to be removed, please specify them here.</w:t>
          </w:r>
        </w:p>
      </w:docPartBody>
    </w:docPart>
    <w:docPart>
      <w:docPartPr>
        <w:name w:val="8DAC9867442A498B8B870687C767D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27B39-64C5-4C74-BD01-399EF1112355}"/>
      </w:docPartPr>
      <w:docPartBody>
        <w:p w:rsidR="00E77F07" w:rsidRDefault="00B21D00" w:rsidP="00B21D00">
          <w:pPr>
            <w:pStyle w:val="8DAC9867442A498B8B870687C767DEB9"/>
          </w:pPr>
          <w:r>
            <w:rPr>
              <w:rFonts w:eastAsia="Arial" w:cs="Arial"/>
              <w:color w:val="777777"/>
              <w:sz w:val="16"/>
              <w:szCs w:val="16"/>
            </w:rPr>
            <w:t>Enter endorser name</w:t>
          </w:r>
        </w:p>
      </w:docPartBody>
    </w:docPart>
    <w:docPart>
      <w:docPartPr>
        <w:name w:val="16404F11D6024E31B9818E226BD1F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CCDB5-4F40-4CF7-AC2D-2B43E30F44E1}"/>
      </w:docPartPr>
      <w:docPartBody>
        <w:p w:rsidR="00E77F07" w:rsidRDefault="00B21D00" w:rsidP="00B21D00">
          <w:pPr>
            <w:pStyle w:val="16404F11D6024E31B9818E226BD1FCD6"/>
          </w:pPr>
          <w:r>
            <w:rPr>
              <w:rFonts w:eastAsia="Arial" w:cs="Arial"/>
              <w:color w:val="777777"/>
              <w:sz w:val="16"/>
              <w:szCs w:val="16"/>
            </w:rPr>
            <w:t>Enter University ID</w:t>
          </w:r>
        </w:p>
      </w:docPartBody>
    </w:docPart>
    <w:docPart>
      <w:docPartPr>
        <w:name w:val="6CD552886EF348FCA1DD310D39042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216B3-3729-4187-9253-7B3FB6ADB761}"/>
      </w:docPartPr>
      <w:docPartBody>
        <w:p w:rsidR="00E77F07" w:rsidRDefault="00B21D00" w:rsidP="00B21D00">
          <w:pPr>
            <w:pStyle w:val="6CD552886EF348FCA1DD310D39042BDF"/>
          </w:pPr>
          <w:r>
            <w:rPr>
              <w:rFonts w:eastAsia="Arial" w:cs="Arial"/>
              <w:color w:val="777777"/>
              <w:sz w:val="16"/>
              <w:szCs w:val="16"/>
            </w:rPr>
            <w:t>DD/MM/YYYY</w:t>
          </w:r>
        </w:p>
      </w:docPartBody>
    </w:docPart>
    <w:docPart>
      <w:docPartPr>
        <w:name w:val="FEE5EDA1957A48EF9F2C46E18AC34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50633-69B3-486A-B2ED-24502B90F913}"/>
      </w:docPartPr>
      <w:docPartBody>
        <w:p w:rsidR="00E77F07" w:rsidRDefault="00B21D00" w:rsidP="00B21D00">
          <w:pPr>
            <w:pStyle w:val="FEE5EDA1957A48EF9F2C46E18AC346EA"/>
          </w:pPr>
          <w:r>
            <w:rPr>
              <w:rFonts w:eastAsia="Arial" w:cs="Arial"/>
              <w:color w:val="777777"/>
              <w:sz w:val="16"/>
              <w:szCs w:val="16"/>
            </w:rPr>
            <w:t>Type name or insert signature</w:t>
          </w:r>
        </w:p>
      </w:docPartBody>
    </w:docPart>
    <w:docPart>
      <w:docPartPr>
        <w:name w:val="581C6CED84234BE7A2BAAC737E3EF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4D1ED-4F3E-40F5-8BAE-C92A8D5B70F4}"/>
      </w:docPartPr>
      <w:docPartBody>
        <w:p w:rsidR="00E77F07" w:rsidRDefault="00B21D00" w:rsidP="00B21D00">
          <w:pPr>
            <w:pStyle w:val="581C6CED84234BE7A2BAAC737E3EFE9A"/>
          </w:pPr>
          <w:r>
            <w:rPr>
              <w:rFonts w:eastAsia="Arial" w:cs="Arial"/>
              <w:color w:val="777777"/>
              <w:sz w:val="16"/>
              <w:szCs w:val="16"/>
            </w:rPr>
            <w:t>Enter endorsement comments</w:t>
          </w:r>
        </w:p>
      </w:docPartBody>
    </w:docPart>
    <w:docPart>
      <w:docPartPr>
        <w:name w:val="C0F030DB4DB14035BC0DD3E407784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DC46D-A043-4F9F-ACD4-659275CAC363}"/>
      </w:docPartPr>
      <w:docPartBody>
        <w:p w:rsidR="00E77F07" w:rsidRDefault="00B21D00" w:rsidP="00B21D00">
          <w:pPr>
            <w:pStyle w:val="C0F030DB4DB14035BC0DD3E407784012"/>
          </w:pPr>
          <w:r>
            <w:rPr>
              <w:rFonts w:eastAsia="Arial" w:cs="Arial"/>
              <w:color w:val="777777"/>
              <w:sz w:val="17"/>
              <w:szCs w:val="17"/>
            </w:rPr>
            <w:t>Enter any additional scope, business justification for access request or relevant notes. Please provide details of your required activities or functions in Stellic Track My Program. If existing roles/access need to be removed, please specify them here.</w:t>
          </w:r>
        </w:p>
      </w:docPartBody>
    </w:docPart>
    <w:docPart>
      <w:docPartPr>
        <w:name w:val="ADCACFE041FB4DAD89F3CA683752F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75F2F-4B68-46DE-A490-2B64194DE8E3}"/>
      </w:docPartPr>
      <w:docPartBody>
        <w:p w:rsidR="00E77F07" w:rsidRDefault="00B21D00" w:rsidP="00B21D00">
          <w:pPr>
            <w:pStyle w:val="ADCACFE041FB4DAD89F3CA683752F68C"/>
          </w:pPr>
          <w:r>
            <w:rPr>
              <w:rFonts w:eastAsia="Arial" w:cs="Arial"/>
              <w:color w:val="777777"/>
              <w:sz w:val="17"/>
              <w:szCs w:val="17"/>
            </w:rPr>
            <w:t>Enter any additional scope, business justification for access request or relevant notes. Please provide details of your required activities or functions in Programs and Courses (P&amp;C). If existing roles/access need to be removed, please specify them here.</w:t>
          </w:r>
        </w:p>
      </w:docPartBody>
    </w:docPart>
    <w:docPart>
      <w:docPartPr>
        <w:name w:val="4B77CDAE6AA74CAF9B8DB2EB69177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3ADCD-4400-48DD-A9B8-AA58A52FBF14}"/>
      </w:docPartPr>
      <w:docPartBody>
        <w:p w:rsidR="00E77F07" w:rsidRDefault="00B21D00" w:rsidP="00B21D00">
          <w:pPr>
            <w:pStyle w:val="4B77CDAE6AA74CAF9B8DB2EB69177702"/>
          </w:pPr>
          <w:r>
            <w:rPr>
              <w:rFonts w:eastAsia="Arial" w:cs="Arial"/>
              <w:color w:val="777777"/>
              <w:sz w:val="17"/>
              <w:szCs w:val="17"/>
            </w:rPr>
            <w:t>Enter name</w:t>
          </w:r>
        </w:p>
      </w:docPartBody>
    </w:docPart>
    <w:docPart>
      <w:docPartPr>
        <w:name w:val="AA014A271CD644659BF6180FC6166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BA33B-ABF1-400C-90E1-1605EBDAC51C}"/>
      </w:docPartPr>
      <w:docPartBody>
        <w:p w:rsidR="00E77F07" w:rsidRDefault="00B21D00" w:rsidP="00B21D00">
          <w:pPr>
            <w:pStyle w:val="AA014A271CD644659BF6180FC6166D2D"/>
          </w:pPr>
          <w:r>
            <w:rPr>
              <w:rFonts w:eastAsia="Arial" w:cs="Arial"/>
              <w:color w:val="777777"/>
              <w:sz w:val="17"/>
              <w:szCs w:val="17"/>
            </w:rPr>
            <w:t>Enter University ID</w:t>
          </w:r>
        </w:p>
      </w:docPartBody>
    </w:docPart>
    <w:docPart>
      <w:docPartPr>
        <w:name w:val="400B006C58A743C4BC7846EC68497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7E565-41FE-433B-959F-503EEA4C24A0}"/>
      </w:docPartPr>
      <w:docPartBody>
        <w:p w:rsidR="00E77F07" w:rsidRDefault="00B21D00" w:rsidP="00B21D00">
          <w:pPr>
            <w:pStyle w:val="400B006C58A743C4BC7846EC68497BAC"/>
          </w:pPr>
          <w:r>
            <w:rPr>
              <w:rFonts w:eastAsia="Arial" w:cs="Arial"/>
              <w:color w:val="777777"/>
              <w:sz w:val="16"/>
              <w:szCs w:val="16"/>
            </w:rPr>
            <w:t>Enter other required access</w:t>
          </w:r>
        </w:p>
      </w:docPartBody>
    </w:docPart>
    <w:docPart>
      <w:docPartPr>
        <w:name w:val="A8FBE507B4574D9095EEA1841D7AC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8D92C-413A-4E6C-9919-D92C19A1C6FE}"/>
      </w:docPartPr>
      <w:docPartBody>
        <w:p w:rsidR="00E77F07" w:rsidRDefault="00B21D00" w:rsidP="00B21D00">
          <w:pPr>
            <w:pStyle w:val="A8FBE507B4574D9095EEA1841D7AC9DF"/>
          </w:pPr>
          <w:r>
            <w:rPr>
              <w:rFonts w:eastAsia="Arial" w:cs="Arial"/>
              <w:color w:val="777777"/>
              <w:sz w:val="17"/>
              <w:szCs w:val="17"/>
            </w:rPr>
            <w:t>Enter any additional scope, business justification for access request or relevant notes. Please provide details of your required activities or functions in Digitary/My eQuals. If existing roles/access need to be removed, please specify them here.</w:t>
          </w:r>
        </w:p>
      </w:docPartBody>
    </w:docPart>
    <w:docPart>
      <w:docPartPr>
        <w:name w:val="87BE91E29C14484EB8702E2A41AB7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A758-3818-4641-B03E-2DB8AFBDD866}"/>
      </w:docPartPr>
      <w:docPartBody>
        <w:p w:rsidR="00E77F07" w:rsidRDefault="00B21D00" w:rsidP="00B21D00">
          <w:pPr>
            <w:pStyle w:val="87BE91E29C14484EB8702E2A41AB7F23"/>
          </w:pPr>
          <w:r>
            <w:rPr>
              <w:rFonts w:eastAsia="Arial" w:cs="Arial"/>
              <w:color w:val="777777"/>
              <w:sz w:val="17"/>
              <w:szCs w:val="17"/>
            </w:rPr>
            <w:t>Enter required role or access details</w:t>
          </w:r>
        </w:p>
      </w:docPartBody>
    </w:docPart>
    <w:docPart>
      <w:docPartPr>
        <w:name w:val="80FA855F0E0D457AAB5D2AB6F4945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87AF6-BCF5-48B1-AF22-CFE0E8D9E3AE}"/>
      </w:docPartPr>
      <w:docPartBody>
        <w:p w:rsidR="00E77F07" w:rsidRDefault="00B21D00" w:rsidP="00B21D00">
          <w:pPr>
            <w:pStyle w:val="80FA855F0E0D457AAB5D2AB6F4945583"/>
          </w:pPr>
          <w:r>
            <w:rPr>
              <w:rFonts w:eastAsia="Arial" w:cs="Arial"/>
              <w:color w:val="777777"/>
              <w:sz w:val="17"/>
              <w:szCs w:val="17"/>
            </w:rPr>
            <w:t>Enter any additional scope, business justification for access request or relevant notes. Please provide details of your required activities or functions in DataBee. If existing roles/access need to be removed, please specify them here.</w:t>
          </w:r>
        </w:p>
      </w:docPartBody>
    </w:docPart>
    <w:docPart>
      <w:docPartPr>
        <w:name w:val="8498DF3D6C0C47D791EC5E1368F9E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73DC9-9D76-40CC-B387-CA73F8ABDE41}"/>
      </w:docPartPr>
      <w:docPartBody>
        <w:p w:rsidR="00E77F07" w:rsidRDefault="00B21D00" w:rsidP="00B21D00">
          <w:pPr>
            <w:pStyle w:val="8498DF3D6C0C47D791EC5E1368F9E5C5"/>
          </w:pPr>
          <w:r>
            <w:rPr>
              <w:rFonts w:eastAsia="Arial" w:cs="Arial"/>
              <w:color w:val="777777"/>
              <w:sz w:val="17"/>
              <w:szCs w:val="17"/>
            </w:rPr>
            <w:t>Type name or insert signature</w:t>
          </w:r>
        </w:p>
      </w:docPartBody>
    </w:docPart>
    <w:docPart>
      <w:docPartPr>
        <w:name w:val="617A34CDA92A42B2B228F3C669EE5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3470F-B5D8-4E57-B84B-F39068F0B982}"/>
      </w:docPartPr>
      <w:docPartBody>
        <w:p w:rsidR="00E77F07" w:rsidRDefault="00B21D00" w:rsidP="00B21D00">
          <w:pPr>
            <w:pStyle w:val="617A34CDA92A42B2B228F3C669EE5A92"/>
          </w:pPr>
          <w:r>
            <w:rPr>
              <w:rFonts w:eastAsia="Arial" w:cs="Arial"/>
              <w:color w:val="777777"/>
              <w:sz w:val="17"/>
              <w:szCs w:val="17"/>
            </w:rPr>
            <w:t>DD/MM/YYYY</w:t>
          </w:r>
        </w:p>
      </w:docPartBody>
    </w:docPart>
    <w:docPart>
      <w:docPartPr>
        <w:name w:val="A88E41E0DA914FFC9FF8213A9FE3E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2733C-ABAB-4C19-BE47-D1A14ED35E54}"/>
      </w:docPartPr>
      <w:docPartBody>
        <w:p w:rsidR="00E77F07" w:rsidRDefault="00B21D00" w:rsidP="00B21D00">
          <w:pPr>
            <w:pStyle w:val="A88E41E0DA914FFC9FF8213A9FE3EFF7"/>
          </w:pPr>
          <w:r>
            <w:rPr>
              <w:rFonts w:eastAsia="Arial" w:cs="Arial"/>
              <w:color w:val="777777"/>
              <w:sz w:val="17"/>
              <w:szCs w:val="17"/>
            </w:rPr>
            <w:t>Enter University ID</w:t>
          </w:r>
        </w:p>
      </w:docPartBody>
    </w:docPart>
    <w:docPart>
      <w:docPartPr>
        <w:name w:val="7F5A2A036C9B446099225FC9F0AED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4448D-FB0F-464F-9EC1-1EA41146CB3B}"/>
      </w:docPartPr>
      <w:docPartBody>
        <w:p w:rsidR="00E77F07" w:rsidRDefault="00B21D00" w:rsidP="00B21D00">
          <w:pPr>
            <w:pStyle w:val="7F5A2A036C9B446099225FC9F0AEDE88"/>
          </w:pPr>
          <w:r>
            <w:rPr>
              <w:rFonts w:eastAsia="Arial" w:cs="Arial"/>
              <w:color w:val="777777"/>
              <w:sz w:val="17"/>
              <w:szCs w:val="17"/>
            </w:rPr>
            <w:t>Enter manager name</w:t>
          </w:r>
        </w:p>
      </w:docPartBody>
    </w:docPart>
    <w:docPart>
      <w:docPartPr>
        <w:name w:val="9ED015144A494262AE72892D0DBD1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BAE79-5FA2-43B5-8B13-B3F6D7252C02}"/>
      </w:docPartPr>
      <w:docPartBody>
        <w:p w:rsidR="00E77F07" w:rsidRDefault="00B21D00" w:rsidP="00B21D00">
          <w:pPr>
            <w:pStyle w:val="9ED015144A494262AE72892D0DBD1FEF"/>
          </w:pPr>
          <w:r>
            <w:rPr>
              <w:rFonts w:eastAsia="Arial" w:cs="Arial"/>
              <w:color w:val="777777"/>
              <w:sz w:val="17"/>
              <w:szCs w:val="17"/>
            </w:rPr>
            <w:t>Type name or insert signature</w:t>
          </w:r>
        </w:p>
      </w:docPartBody>
    </w:docPart>
    <w:docPart>
      <w:docPartPr>
        <w:name w:val="F74FC993DD2B41F99DB1C373E423D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BCB3D-D283-4739-8DBC-C8917F9F1019}"/>
      </w:docPartPr>
      <w:docPartBody>
        <w:p w:rsidR="00E77F07" w:rsidRDefault="00B21D00" w:rsidP="00B21D00">
          <w:pPr>
            <w:pStyle w:val="F74FC993DD2B41F99DB1C373E423DFDC"/>
          </w:pPr>
          <w:r>
            <w:rPr>
              <w:rFonts w:eastAsia="Arial" w:cs="Arial"/>
              <w:color w:val="777777"/>
              <w:sz w:val="17"/>
              <w:szCs w:val="17"/>
            </w:rPr>
            <w:t>DD/MM/YYYY</w:t>
          </w:r>
        </w:p>
      </w:docPartBody>
    </w:docPart>
    <w:docPart>
      <w:docPartPr>
        <w:name w:val="E8FDE3919FAB4A6A8E8D95B052AC8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2C0C6-468D-406E-8E22-35AB871AA770}"/>
      </w:docPartPr>
      <w:docPartBody>
        <w:p w:rsidR="00E77F07" w:rsidRDefault="00B21D00" w:rsidP="00B21D00">
          <w:pPr>
            <w:pStyle w:val="E8FDE3919FAB4A6A8E8D95B052AC8FCB"/>
          </w:pPr>
          <w:r w:rsidRPr="00AA032D">
            <w:rPr>
              <w:rStyle w:val="PlaceholderText"/>
            </w:rPr>
            <w:t>Enter title / position</w:t>
          </w:r>
        </w:p>
      </w:docPartBody>
    </w:docPart>
    <w:docPart>
      <w:docPartPr>
        <w:name w:val="B8F41FF029E44B07A1CD51DB9B5CC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B63F2-82FB-4078-BF92-1673A3A70D1D}"/>
      </w:docPartPr>
      <w:docPartBody>
        <w:p w:rsidR="00E77F07" w:rsidRDefault="00B21D00" w:rsidP="00B21D00">
          <w:pPr>
            <w:pStyle w:val="B8F41FF029E44B07A1CD51DB9B5CC767"/>
          </w:pPr>
          <w:r w:rsidRPr="00AA032D">
            <w:rPr>
              <w:rStyle w:val="PlaceholderText"/>
            </w:rPr>
            <w:t>Enter name</w:t>
          </w:r>
        </w:p>
      </w:docPartBody>
    </w:docPart>
    <w:docPart>
      <w:docPartPr>
        <w:name w:val="01B2D1427593457D846B090948796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B05EB-106A-404C-9B77-1A99A793923D}"/>
      </w:docPartPr>
      <w:docPartBody>
        <w:p w:rsidR="00E77F07" w:rsidRDefault="00B21D00" w:rsidP="00B21D00">
          <w:pPr>
            <w:pStyle w:val="01B2D1427593457D846B090948796C44"/>
          </w:pPr>
          <w:r w:rsidRPr="00AA032D">
            <w:rPr>
              <w:rStyle w:val="PlaceholderText"/>
            </w:rPr>
            <w:t>Enter University ID</w:t>
          </w:r>
        </w:p>
      </w:docPartBody>
    </w:docPart>
    <w:docPart>
      <w:docPartPr>
        <w:name w:val="E420E319973F47988F09102410846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8B2CE-A796-442B-95EF-19FCC19EC2C0}"/>
      </w:docPartPr>
      <w:docPartBody>
        <w:p w:rsidR="00E77F07" w:rsidRDefault="00B21D00" w:rsidP="00B21D00">
          <w:pPr>
            <w:pStyle w:val="E420E319973F47988F09102410846421"/>
          </w:pPr>
          <w:r w:rsidRPr="00AA032D">
            <w:rPr>
              <w:rStyle w:val="PlaceholderText"/>
            </w:rPr>
            <w:t>Type name or insert signature</w:t>
          </w:r>
        </w:p>
      </w:docPartBody>
    </w:docPart>
    <w:docPart>
      <w:docPartPr>
        <w:name w:val="3E250370C3EA4E2789AB840CC9124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9F1D4-3BEB-48B5-8C16-5F49F9A7E9B1}"/>
      </w:docPartPr>
      <w:docPartBody>
        <w:p w:rsidR="00E77F07" w:rsidRDefault="00B21D00" w:rsidP="00B21D00">
          <w:pPr>
            <w:pStyle w:val="3E250370C3EA4E2789AB840CC91247EB"/>
          </w:pPr>
          <w:r w:rsidRPr="00AA032D">
            <w:rPr>
              <w:rStyle w:val="PlaceholderText"/>
            </w:rPr>
            <w:t>DD/MM/YYYY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7C"/>
    <w:rsid w:val="000B51C3"/>
    <w:rsid w:val="000F2C0B"/>
    <w:rsid w:val="00325806"/>
    <w:rsid w:val="00331F17"/>
    <w:rsid w:val="00336FCC"/>
    <w:rsid w:val="003B1674"/>
    <w:rsid w:val="003B4429"/>
    <w:rsid w:val="004A6BA0"/>
    <w:rsid w:val="004C1F21"/>
    <w:rsid w:val="006C2D94"/>
    <w:rsid w:val="00733F77"/>
    <w:rsid w:val="00767888"/>
    <w:rsid w:val="00A564F8"/>
    <w:rsid w:val="00AE584F"/>
    <w:rsid w:val="00B21D00"/>
    <w:rsid w:val="00B82FB7"/>
    <w:rsid w:val="00BE53D9"/>
    <w:rsid w:val="00CC77D4"/>
    <w:rsid w:val="00CF4DA7"/>
    <w:rsid w:val="00D730C3"/>
    <w:rsid w:val="00E77F07"/>
    <w:rsid w:val="00F0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1D00"/>
    <w:rPr>
      <w:color w:val="666666"/>
    </w:rPr>
  </w:style>
  <w:style w:type="paragraph" w:customStyle="1" w:styleId="4F3DABB71F7249CF990AFFA22DBA35D59">
    <w:name w:val="4F3DABB71F7249CF990AFFA22DBA35D5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69E67EF73F59406BA31A8DB17FD9A9E09">
    <w:name w:val="69E67EF73F59406BA31A8DB17FD9A9E0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FB9F7AB9219145A0BAADEF2A13B00E0B9">
    <w:name w:val="FB9F7AB9219145A0BAADEF2A13B00E0B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B908CF21A8804A598AF80EE34B0051CA9">
    <w:name w:val="B908CF21A8804A598AF80EE34B0051CA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8A873F37D3B44D2E98F6A628A0411E1C9">
    <w:name w:val="8A873F37D3B44D2E98F6A628A0411E1C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13BE53826FEC44ED8A5911B1B194793E9">
    <w:name w:val="13BE53826FEC44ED8A5911B1B194793E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F128D2D464044CA593E93CA9446451969">
    <w:name w:val="F128D2D464044CA593E93CA944645196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5A32573BBCED4E92A40ED201CB7343EE9">
    <w:name w:val="5A32573BBCED4E92A40ED201CB7343EE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BEF6B77929A84C8480FD118EF7979DB59">
    <w:name w:val="BEF6B77929A84C8480FD118EF7979DB5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DC00919DB8E9474EABB3A88C2272843F9">
    <w:name w:val="DC00919DB8E9474EABB3A88C2272843F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9D3C1308C3CB4D76B567C3B9CEBDCF679">
    <w:name w:val="9D3C1308C3CB4D76B567C3B9CEBDCF67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9672003718444C1B9FB9CF70A22A79BD9">
    <w:name w:val="9672003718444C1B9FB9CF70A22A79BD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235AB20D9C784F70889B72706D2809AA9">
    <w:name w:val="235AB20D9C784F70889B72706D2809AA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64D15437437B4C2B80D50C8E97064F0F9">
    <w:name w:val="64D15437437B4C2B80D50C8E97064F0F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EE44D93D79B84FFE97143AB5BD07F9189">
    <w:name w:val="EE44D93D79B84FFE97143AB5BD07F918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DD3F52411FF4438792356C6B4C0D76649">
    <w:name w:val="DD3F52411FF4438792356C6B4C0D7664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1651DC4C907244FF977F398A0AA2685A9">
    <w:name w:val="1651DC4C907244FF977F398A0AA2685A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77E2034B22A544F49DBE3F0ABFC968F59">
    <w:name w:val="77E2034B22A544F49DBE3F0ABFC968F5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E74C12C0275244C8A12CA49B364E77489">
    <w:name w:val="E74C12C0275244C8A12CA49B364E7748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D5E4C7F91D7A444DB9259572E47A12039">
    <w:name w:val="D5E4C7F91D7A444DB9259572E47A1203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629BE3D8FA5841B39D5AF46A5C0BCFB89">
    <w:name w:val="629BE3D8FA5841B39D5AF46A5C0BCFB8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0C6EE95A25A04167A026547A13B795849">
    <w:name w:val="0C6EE95A25A04167A026547A13B79584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7776B76F0DF94A10B6190DF073ED56509">
    <w:name w:val="7776B76F0DF94A10B6190DF073ED5650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40CA0FD2725B40C7B2B617B7A4C362DE9">
    <w:name w:val="40CA0FD2725B40C7B2B617B7A4C362DE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AA02A27635D74031931088DF5B33B34B9">
    <w:name w:val="AA02A27635D74031931088DF5B33B34B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75F302C287694509A3166D623E04EDEF9">
    <w:name w:val="75F302C287694509A3166D623E04EDEF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EA5B900F780149CBBE60E7F09C0D547E9">
    <w:name w:val="EA5B900F780149CBBE60E7F09C0D547E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A74EA478437B4EEB8A4EED618300585B9">
    <w:name w:val="A74EA478437B4EEB8A4EED618300585B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DED3A071BD334D5EAAA96D2DD12EACE79">
    <w:name w:val="DED3A071BD334D5EAAA96D2DD12EACE7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42CFC710FB414A74AFB6FCEA012421BC9">
    <w:name w:val="42CFC710FB414A74AFB6FCEA012421BC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2E911D60AF1841ED8607015956AEE7159">
    <w:name w:val="2E911D60AF1841ED8607015956AEE715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5AF415B7F0114F32A2DA410925177CF99">
    <w:name w:val="5AF415B7F0114F32A2DA410925177CF9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EA129995BEC3492D9100B0546D224A679">
    <w:name w:val="EA129995BEC3492D9100B0546D224A67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6D2C3C8ABBA64BF383392234D3DD725A9">
    <w:name w:val="6D2C3C8ABBA64BF383392234D3DD725A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E16DFD6D80DF4C4490EA4622B803B3CB9">
    <w:name w:val="E16DFD6D80DF4C4490EA4622B803B3CB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94D0AE9DB1CD4BB3B8076A9F04500E409">
    <w:name w:val="94D0AE9DB1CD4BB3B8076A9F04500E40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71F6FBA46B19472A88725301D1BC7A099">
    <w:name w:val="71F6FBA46B19472A88725301D1BC7A09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9C2312CD5C6242F081371F564675F1C89">
    <w:name w:val="9C2312CD5C6242F081371F564675F1C8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CC6D9CF81564487A917CBB10812383189">
    <w:name w:val="CC6D9CF81564487A917CBB10812383189"/>
    <w:rsid w:val="00BE53D9"/>
    <w:pPr>
      <w:spacing w:after="0" w:line="240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customStyle="1" w:styleId="99C1CD81DF42429784BFA82CB5AB9F4F">
    <w:name w:val="99C1CD81DF42429784BFA82CB5AB9F4F"/>
    <w:rsid w:val="00B21D00"/>
  </w:style>
  <w:style w:type="paragraph" w:customStyle="1" w:styleId="CECCBD2AF3F94260988E26E2521590A8">
    <w:name w:val="CECCBD2AF3F94260988E26E2521590A8"/>
    <w:rsid w:val="00B21D00"/>
  </w:style>
  <w:style w:type="paragraph" w:customStyle="1" w:styleId="B5558FDF6A6D47B5B003CA8D97EABD9C">
    <w:name w:val="B5558FDF6A6D47B5B003CA8D97EABD9C"/>
    <w:rsid w:val="00B21D00"/>
  </w:style>
  <w:style w:type="paragraph" w:customStyle="1" w:styleId="C4E2ACE1B4914151975A989899542D40">
    <w:name w:val="C4E2ACE1B4914151975A989899542D40"/>
    <w:rsid w:val="00B21D00"/>
  </w:style>
  <w:style w:type="paragraph" w:customStyle="1" w:styleId="212C756872B6469AAA7CB459777B0C39">
    <w:name w:val="212C756872B6469AAA7CB459777B0C39"/>
    <w:rsid w:val="00B21D00"/>
  </w:style>
  <w:style w:type="paragraph" w:customStyle="1" w:styleId="0D57729BE5CA48D582D56CE7AB6F4B24">
    <w:name w:val="0D57729BE5CA48D582D56CE7AB6F4B24"/>
    <w:rsid w:val="00B21D00"/>
  </w:style>
  <w:style w:type="paragraph" w:customStyle="1" w:styleId="D10F241AD197477790C89FD9407E12BF">
    <w:name w:val="D10F241AD197477790C89FD9407E12BF"/>
    <w:rsid w:val="00B21D00"/>
  </w:style>
  <w:style w:type="paragraph" w:customStyle="1" w:styleId="5C904BF978F941B08727453451732224">
    <w:name w:val="5C904BF978F941B08727453451732224"/>
    <w:rsid w:val="00B21D00"/>
  </w:style>
  <w:style w:type="paragraph" w:customStyle="1" w:styleId="6BCA494E39C04245A96BDEE035D45977">
    <w:name w:val="6BCA494E39C04245A96BDEE035D45977"/>
    <w:rsid w:val="00B21D00"/>
  </w:style>
  <w:style w:type="paragraph" w:customStyle="1" w:styleId="FF593BC3428C4AFC95AD23C175040D98">
    <w:name w:val="FF593BC3428C4AFC95AD23C175040D98"/>
    <w:rsid w:val="00B21D00"/>
  </w:style>
  <w:style w:type="paragraph" w:customStyle="1" w:styleId="AE1175117B7B4C18B3B86F6083B51A82">
    <w:name w:val="AE1175117B7B4C18B3B86F6083B51A82"/>
    <w:rsid w:val="00B21D00"/>
  </w:style>
  <w:style w:type="paragraph" w:customStyle="1" w:styleId="049F1C4FD7CC423997EFF3988C768A83">
    <w:name w:val="049F1C4FD7CC423997EFF3988C768A83"/>
    <w:rsid w:val="00B21D00"/>
  </w:style>
  <w:style w:type="paragraph" w:customStyle="1" w:styleId="E49E2F0920A04C0B8C21B0D85A7DA304">
    <w:name w:val="E49E2F0920A04C0B8C21B0D85A7DA304"/>
    <w:rsid w:val="00B21D00"/>
  </w:style>
  <w:style w:type="paragraph" w:customStyle="1" w:styleId="6B1BFE2398C44571AA2E1657E9EA4804">
    <w:name w:val="6B1BFE2398C44571AA2E1657E9EA4804"/>
    <w:rsid w:val="00B21D00"/>
  </w:style>
  <w:style w:type="paragraph" w:customStyle="1" w:styleId="47000582726D430884CC6630F9128FAE">
    <w:name w:val="47000582726D430884CC6630F9128FAE"/>
    <w:rsid w:val="00B21D00"/>
  </w:style>
  <w:style w:type="paragraph" w:customStyle="1" w:styleId="6B910C086CD7429587B6147D9BA6A724">
    <w:name w:val="6B910C086CD7429587B6147D9BA6A724"/>
    <w:rsid w:val="00B21D00"/>
  </w:style>
  <w:style w:type="paragraph" w:customStyle="1" w:styleId="86FBB53FE3D547D2A6A3114999D24E83">
    <w:name w:val="86FBB53FE3D547D2A6A3114999D24E83"/>
    <w:rsid w:val="00B21D00"/>
  </w:style>
  <w:style w:type="paragraph" w:customStyle="1" w:styleId="2BC569502BBC4FF7BDC95E9B3B7E404F">
    <w:name w:val="2BC569502BBC4FF7BDC95E9B3B7E404F"/>
    <w:rsid w:val="00B21D00"/>
  </w:style>
  <w:style w:type="paragraph" w:customStyle="1" w:styleId="F82B8EA4697245B8B862C405910A1FC3">
    <w:name w:val="F82B8EA4697245B8B862C405910A1FC3"/>
    <w:rsid w:val="00B21D00"/>
  </w:style>
  <w:style w:type="paragraph" w:customStyle="1" w:styleId="8DAC9867442A498B8B870687C767DEB9">
    <w:name w:val="8DAC9867442A498B8B870687C767DEB9"/>
    <w:rsid w:val="00B21D00"/>
  </w:style>
  <w:style w:type="paragraph" w:customStyle="1" w:styleId="16404F11D6024E31B9818E226BD1FCD6">
    <w:name w:val="16404F11D6024E31B9818E226BD1FCD6"/>
    <w:rsid w:val="00B21D00"/>
  </w:style>
  <w:style w:type="paragraph" w:customStyle="1" w:styleId="6CD552886EF348FCA1DD310D39042BDF">
    <w:name w:val="6CD552886EF348FCA1DD310D39042BDF"/>
    <w:rsid w:val="00B21D00"/>
  </w:style>
  <w:style w:type="paragraph" w:customStyle="1" w:styleId="FEE5EDA1957A48EF9F2C46E18AC346EA">
    <w:name w:val="FEE5EDA1957A48EF9F2C46E18AC346EA"/>
    <w:rsid w:val="00B21D00"/>
  </w:style>
  <w:style w:type="paragraph" w:customStyle="1" w:styleId="581C6CED84234BE7A2BAAC737E3EFE9A">
    <w:name w:val="581C6CED84234BE7A2BAAC737E3EFE9A"/>
    <w:rsid w:val="00B21D00"/>
  </w:style>
  <w:style w:type="paragraph" w:customStyle="1" w:styleId="C0F030DB4DB14035BC0DD3E407784012">
    <w:name w:val="C0F030DB4DB14035BC0DD3E407784012"/>
    <w:rsid w:val="00B21D00"/>
  </w:style>
  <w:style w:type="paragraph" w:customStyle="1" w:styleId="ADCACFE041FB4DAD89F3CA683752F68C">
    <w:name w:val="ADCACFE041FB4DAD89F3CA683752F68C"/>
    <w:rsid w:val="00B21D00"/>
  </w:style>
  <w:style w:type="paragraph" w:customStyle="1" w:styleId="4B77CDAE6AA74CAF9B8DB2EB69177702">
    <w:name w:val="4B77CDAE6AA74CAF9B8DB2EB69177702"/>
    <w:rsid w:val="00B21D00"/>
  </w:style>
  <w:style w:type="paragraph" w:customStyle="1" w:styleId="AA014A271CD644659BF6180FC6166D2D">
    <w:name w:val="AA014A271CD644659BF6180FC6166D2D"/>
    <w:rsid w:val="00B21D00"/>
  </w:style>
  <w:style w:type="paragraph" w:customStyle="1" w:styleId="400B006C58A743C4BC7846EC68497BAC">
    <w:name w:val="400B006C58A743C4BC7846EC68497BAC"/>
    <w:rsid w:val="00B21D00"/>
  </w:style>
  <w:style w:type="paragraph" w:customStyle="1" w:styleId="A8FBE507B4574D9095EEA1841D7AC9DF">
    <w:name w:val="A8FBE507B4574D9095EEA1841D7AC9DF"/>
    <w:rsid w:val="00B21D00"/>
  </w:style>
  <w:style w:type="paragraph" w:customStyle="1" w:styleId="87BE91E29C14484EB8702E2A41AB7F23">
    <w:name w:val="87BE91E29C14484EB8702E2A41AB7F23"/>
    <w:rsid w:val="00B21D00"/>
  </w:style>
  <w:style w:type="paragraph" w:customStyle="1" w:styleId="80FA855F0E0D457AAB5D2AB6F4945583">
    <w:name w:val="80FA855F0E0D457AAB5D2AB6F4945583"/>
    <w:rsid w:val="00B21D00"/>
  </w:style>
  <w:style w:type="paragraph" w:customStyle="1" w:styleId="8498DF3D6C0C47D791EC5E1368F9E5C5">
    <w:name w:val="8498DF3D6C0C47D791EC5E1368F9E5C5"/>
    <w:rsid w:val="00B21D00"/>
  </w:style>
  <w:style w:type="paragraph" w:customStyle="1" w:styleId="617A34CDA92A42B2B228F3C669EE5A92">
    <w:name w:val="617A34CDA92A42B2B228F3C669EE5A92"/>
    <w:rsid w:val="00B21D00"/>
  </w:style>
  <w:style w:type="paragraph" w:customStyle="1" w:styleId="A88E41E0DA914FFC9FF8213A9FE3EFF7">
    <w:name w:val="A88E41E0DA914FFC9FF8213A9FE3EFF7"/>
    <w:rsid w:val="00B21D00"/>
  </w:style>
  <w:style w:type="paragraph" w:customStyle="1" w:styleId="7F5A2A036C9B446099225FC9F0AEDE88">
    <w:name w:val="7F5A2A036C9B446099225FC9F0AEDE88"/>
    <w:rsid w:val="00B21D00"/>
  </w:style>
  <w:style w:type="paragraph" w:customStyle="1" w:styleId="9ED015144A494262AE72892D0DBD1FEF">
    <w:name w:val="9ED015144A494262AE72892D0DBD1FEF"/>
    <w:rsid w:val="00B21D00"/>
  </w:style>
  <w:style w:type="paragraph" w:customStyle="1" w:styleId="F74FC993DD2B41F99DB1C373E423DFDC">
    <w:name w:val="F74FC993DD2B41F99DB1C373E423DFDC"/>
    <w:rsid w:val="00B21D00"/>
  </w:style>
  <w:style w:type="paragraph" w:customStyle="1" w:styleId="E8FDE3919FAB4A6A8E8D95B052AC8FCB">
    <w:name w:val="E8FDE3919FAB4A6A8E8D95B052AC8FCB"/>
    <w:rsid w:val="00B21D00"/>
  </w:style>
  <w:style w:type="paragraph" w:customStyle="1" w:styleId="B8F41FF029E44B07A1CD51DB9B5CC767">
    <w:name w:val="B8F41FF029E44B07A1CD51DB9B5CC767"/>
    <w:rsid w:val="00B21D00"/>
  </w:style>
  <w:style w:type="paragraph" w:customStyle="1" w:styleId="01B2D1427593457D846B090948796C44">
    <w:name w:val="01B2D1427593457D846B090948796C44"/>
    <w:rsid w:val="00B21D00"/>
  </w:style>
  <w:style w:type="paragraph" w:customStyle="1" w:styleId="E420E319973F47988F09102410846421">
    <w:name w:val="E420E319973F47988F09102410846421"/>
    <w:rsid w:val="00B21D00"/>
  </w:style>
  <w:style w:type="paragraph" w:customStyle="1" w:styleId="3E250370C3EA4E2789AB840CC91247EB">
    <w:name w:val="3E250370C3EA4E2789AB840CC91247EB"/>
    <w:rsid w:val="00B21D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  <wetp:taskpane dockstate="right" visibility="0" width="350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FD66339A-E6F0-4828-9B38-779ABB54A41A}">
  <we:reference id="WA200005502" version="1.0.0.13" store="Omex" storeType="OMEX"/>
  <we:alternateReferences>
    <we:reference id="WA200005502" version="1.0.0.13" store="WA200005502" storeType="OMEX"/>
  </we:alternateReferences>
  <we:properties>
    <we:property name="docId" value="&quot;_sU4ONIRM62Zhc1HGIEm4&quot;"/>
    <we:property name="data" value="{&quot;version&quot;:9,&quot;queries&quot;:[{&quot;id&quot;:&quot;Hp-s2WPL2relfh269BVpX&quot;,&quot;tool&quot;:&quot;chat-html&quot;,&quot;user&quot;:&quot;in this access form, any error?&quot;,&quot;filters&quot;:[],&quot;metrics&quot;:{&quot;systemTokensCount&quot;:[227,227],&quot;promptTokensCount&quot;:[8,8],&quot;contextTokensCount&quot;:[0,0],&quot;historyTokensCount&quot;:[7,7],&quot;totalTokensCount&quot;:[242,242]},&quot;assistant&quot;:&quot;&lt;p&gt;I can check it, but I don’t see the form content here.&lt;/p&gt;\n&lt;p&gt;Please paste the form code or upload a screenshot, and I’ll point out any errors.&lt;/p&gt;&quot;,&quot;chunksCount&quot;:39},{&quot;id&quot;:&quot;EQIGvOoCZIfjesfzn_u-6&quot;,&quot;tool&quot;:&quot;chat-html&quot;,&quot;user&quot;:&quot;in this Word of access form, any error?&quot;,&quot;filters&quot;:[],&quot;metrics&quot;:{&quot;systemTokensCount&quot;:[227,227],&quot;promptTokensCount&quot;:[10,10],&quot;contextTokensCount&quot;:[0,0],&quot;historyTokensCount&quot;:[62,62],&quot;totalTokensCount&quot;:[299,299]},&quot;assistant&quot;:&quot;&lt;p&gt;If you mean the phrase itself, a better version is: &lt;strong&gt;“In this Access form, is there any error?”&lt;/strong&gt;&lt;/p&gt;\n&lt;p&gt;If you mean a Microsoft Access form, send the form or text and I can check it.&lt;/p&gt;&quot;,&quot;chunksCount&quot;:54}],&quot;_migrations&quot;:{}}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22F0799C-057D-43EF-B7CA-A64A866A5067}">
  <we:reference id="WA200010215" version="2.0.0.1" store="Omex" storeType="OMEX"/>
  <we:alternateReferences>
    <we:reference id="WA200010215" version="2.0.0.1" store="WA200010215" storeType="OMEX"/>
  </we:alternateReferences>
  <we:properties>
    <we:property name="bps.codex_control.document_id" value="&quot;99a91052-d41d-4186-bd54-249504c7f039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Access to the Student Systems</vt:lpstr>
    </vt:vector>
  </TitlesOfParts>
  <Manager/>
  <Company/>
  <LinksUpToDate>false</LinksUpToDate>
  <CharactersWithSpaces>7657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Access to the Student Systems</dc:title>
  <dc:subject>Fillable ANU Student Systems access request form</dc:subject>
  <dc:creator>Student Business Systems</dc:creator>
  <cp:keywords/>
  <dc:description/>
  <cp:lastModifiedBy>Mel L</cp:lastModifiedBy>
  <cp:revision>18</cp:revision>
  <cp:lastPrinted>2026-10-18T23:32:00Z</cp:lastPrinted>
  <dcterms:created xsi:type="dcterms:W3CDTF">2026-10-12T04:31:00Z</dcterms:created>
  <dcterms:modified xsi:type="dcterms:W3CDTF">2026-10-19T00:58:00Z</dcterms:modified>
  <cp:category/>
</cp:coreProperties>
</file>